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F839E" w14:textId="77777777" w:rsidR="00EC61B3" w:rsidRDefault="00000000">
      <w:pPr>
        <w:pStyle w:val="Heading1"/>
        <w:jc w:val="center"/>
      </w:pPr>
      <w:r>
        <w:t>XWiki Jetty – Standard Deployment Guide</w:t>
      </w:r>
    </w:p>
    <w:p w14:paraId="0BB91912" w14:textId="77777777" w:rsidR="00EC61B3" w:rsidRDefault="00000000">
      <w:r>
        <w:t>Version: XWiki 17.10.2 on Jetty 12.1.5 + HSQLDB</w:t>
      </w:r>
    </w:p>
    <w:p w14:paraId="570384C1" w14:textId="77777777" w:rsidR="00EC61B3" w:rsidRDefault="00000000">
      <w:r>
        <w:t>Date: March 3, 2026</w:t>
      </w:r>
    </w:p>
    <w:p w14:paraId="3D08C950" w14:textId="77777777" w:rsidR="00EC61B3" w:rsidRDefault="00000000">
      <w:pPr>
        <w:pStyle w:val="Heading2"/>
      </w:pPr>
      <w:r>
        <w:t>QUICK START (5 Steps)</w:t>
      </w:r>
    </w:p>
    <w:p w14:paraId="151FDCCE" w14:textId="77777777" w:rsidR="00EC61B3" w:rsidRDefault="00000000">
      <w:pPr>
        <w:pStyle w:val="Heading3"/>
      </w:pPr>
      <w:r>
        <w:t>Step 1: Download &amp; Extract WAR</w:t>
      </w:r>
    </w:p>
    <w:p w14:paraId="02667D0B" w14:textId="6BEB7595" w:rsidR="00EC61B3" w:rsidRDefault="00000000">
      <w:r>
        <w:rPr>
          <w:rFonts w:ascii="Courier New" w:hAnsi="Courier New"/>
          <w:sz w:val="18"/>
        </w:rPr>
        <w:t>cd E:\</w:t>
      </w:r>
      <w:r w:rsidR="00626429">
        <w:rPr>
          <w:rFonts w:ascii="Courier New" w:hAnsi="Courier New"/>
          <w:sz w:val="18"/>
        </w:rPr>
        <w:t>TEST</w:t>
      </w:r>
      <w:r>
        <w:rPr>
          <w:rFonts w:ascii="Courier New" w:hAnsi="Courier New"/>
          <w:sz w:val="18"/>
        </w:rPr>
        <w:t>\Xwiki</w:t>
      </w:r>
      <w:r>
        <w:rPr>
          <w:rFonts w:ascii="Courier New" w:hAnsi="Courier New"/>
          <w:sz w:val="18"/>
        </w:rPr>
        <w:br/>
        <w:t xml:space="preserve">Expand-Archive xwiki-platform-distribution-war-17.10.2.war </w:t>
      </w:r>
      <w:proofErr w:type="spellStart"/>
      <w:r>
        <w:rPr>
          <w:rFonts w:ascii="Courier New" w:hAnsi="Courier New"/>
          <w:sz w:val="18"/>
        </w:rPr>
        <w:t>xwiki</w:t>
      </w:r>
      <w:proofErr w:type="spellEnd"/>
      <w:r>
        <w:rPr>
          <w:rFonts w:ascii="Courier New" w:hAnsi="Courier New"/>
          <w:sz w:val="18"/>
        </w:rPr>
        <w:t xml:space="preserve"> -Force</w:t>
      </w:r>
    </w:p>
    <w:p w14:paraId="30D7B6EF" w14:textId="77777777" w:rsidR="00EC61B3" w:rsidRDefault="00000000">
      <w:pPr>
        <w:pStyle w:val="Heading3"/>
      </w:pPr>
      <w:r>
        <w:t>Step 2: Download JDBC Driver</w:t>
      </w:r>
    </w:p>
    <w:p w14:paraId="5E91C18C" w14:textId="77777777" w:rsidR="00EC61B3" w:rsidRDefault="00000000">
      <w:r>
        <w:rPr>
          <w:rFonts w:ascii="Courier New" w:hAnsi="Courier New"/>
          <w:sz w:val="18"/>
        </w:rPr>
        <w:t>cd xwiki/WEB-INF/lib</w:t>
      </w:r>
      <w:r>
        <w:rPr>
          <w:rFonts w:ascii="Courier New" w:hAnsi="Courier New"/>
          <w:sz w:val="18"/>
        </w:rPr>
        <w:br/>
        <w:t>Invoke-WebRequest -Uri "https://repo1.maven.org/maven2/org/hsqldb/hsqldb/2.7.3/hsqldb-2.7.3.jar" -OutFile "hsqldb-2.7.3.jar"</w:t>
      </w:r>
    </w:p>
    <w:p w14:paraId="18BAF6B9" w14:textId="77777777" w:rsidR="00EC61B3" w:rsidRDefault="00000000">
      <w:pPr>
        <w:pStyle w:val="Heading3"/>
      </w:pPr>
      <w:r>
        <w:t>Step 3: Configure Hibernate (Database)</w:t>
      </w:r>
    </w:p>
    <w:p w14:paraId="5797C909" w14:textId="77777777" w:rsidR="00EC61B3" w:rsidRDefault="00000000">
      <w:r>
        <w:rPr>
          <w:rFonts w:ascii="Courier New" w:hAnsi="Courier New"/>
          <w:sz w:val="18"/>
        </w:rPr>
        <w:t>&lt;property name="hibernate.connection.url"&gt;jdbc:hsqldb:file:${environment.permanentDirectory}/database/xwiki_db;shutdown=true&lt;/property&gt;</w:t>
      </w:r>
      <w:r>
        <w:rPr>
          <w:rFonts w:ascii="Courier New" w:hAnsi="Courier New"/>
          <w:sz w:val="18"/>
        </w:rPr>
        <w:br/>
        <w:t>&lt;property name="hibernate.connection.username"&gt;sa&lt;/property&gt;</w:t>
      </w:r>
      <w:r>
        <w:rPr>
          <w:rFonts w:ascii="Courier New" w:hAnsi="Courier New"/>
          <w:sz w:val="18"/>
        </w:rPr>
        <w:br/>
        <w:t>&lt;property name="hibernate.connection.password"&gt;&lt;/property&gt;</w:t>
      </w:r>
      <w:r>
        <w:rPr>
          <w:rFonts w:ascii="Courier New" w:hAnsi="Courier New"/>
          <w:sz w:val="18"/>
        </w:rPr>
        <w:br/>
        <w:t>&lt;property name="hibernate.connection.driver_class"&gt;org.hsqldb.jdbcDriver&lt;/property&gt;</w:t>
      </w:r>
    </w:p>
    <w:p w14:paraId="75083017" w14:textId="77777777" w:rsidR="00EC61B3" w:rsidRDefault="00000000">
      <w:r>
        <w:t>Ensure PostgreSQL section is commented out.</w:t>
      </w:r>
    </w:p>
    <w:p w14:paraId="5629C9AE" w14:textId="77777777" w:rsidR="00EC61B3" w:rsidRDefault="00000000">
      <w:pPr>
        <w:pStyle w:val="Heading3"/>
      </w:pPr>
      <w:r>
        <w:t>Step 4: Configure XWiki Properties</w:t>
      </w:r>
    </w:p>
    <w:p w14:paraId="1C2B04A2" w14:textId="77777777" w:rsidR="00EC61B3" w:rsidRDefault="00000000">
      <w:r>
        <w:rPr>
          <w:rFonts w:ascii="Courier New" w:hAnsi="Courier New"/>
          <w:sz w:val="18"/>
        </w:rPr>
        <w:t>environment.permanentDirectory = /var/lib/jetty/xwiki-data/</w:t>
      </w:r>
    </w:p>
    <w:p w14:paraId="395D8E53" w14:textId="77777777" w:rsidR="00EC61B3" w:rsidRDefault="00000000">
      <w:pPr>
        <w:pStyle w:val="Heading3"/>
      </w:pPr>
      <w:r>
        <w:t>Step 5: Docker Compose Configuration</w:t>
      </w:r>
    </w:p>
    <w:p w14:paraId="5529C6F7" w14:textId="77777777" w:rsidR="00EC61B3" w:rsidRDefault="00000000">
      <w:r>
        <w:rPr>
          <w:rFonts w:ascii="Courier New" w:hAnsi="Courier New"/>
          <w:sz w:val="18"/>
        </w:rPr>
        <w:t>version: '3.8'</w:t>
      </w:r>
      <w:r>
        <w:rPr>
          <w:rFonts w:ascii="Courier New" w:hAnsi="Courier New"/>
          <w:sz w:val="18"/>
        </w:rPr>
        <w:br/>
        <w:t>services:</w:t>
      </w:r>
      <w:r>
        <w:rPr>
          <w:rFonts w:ascii="Courier New" w:hAnsi="Courier New"/>
          <w:sz w:val="18"/>
        </w:rPr>
        <w:br/>
        <w:t xml:space="preserve">  jetty:</w:t>
      </w:r>
      <w:r>
        <w:rPr>
          <w:rFonts w:ascii="Courier New" w:hAnsi="Courier New"/>
          <w:sz w:val="18"/>
        </w:rPr>
        <w:br/>
        <w:t xml:space="preserve">    image: jetty:12.1.5-jdk21-eclipse-temurin</w:t>
      </w:r>
      <w:r>
        <w:rPr>
          <w:rFonts w:ascii="Courier New" w:hAnsi="Courier New"/>
          <w:sz w:val="18"/>
        </w:rPr>
        <w:br/>
        <w:t xml:space="preserve">    ports:</w:t>
      </w:r>
      <w:r>
        <w:rPr>
          <w:rFonts w:ascii="Courier New" w:hAnsi="Courier New"/>
          <w:sz w:val="18"/>
        </w:rPr>
        <w:br/>
        <w:t xml:space="preserve">      - "9090:8080"</w:t>
      </w:r>
      <w:r>
        <w:rPr>
          <w:rFonts w:ascii="Courier New" w:hAnsi="Courier New"/>
          <w:sz w:val="18"/>
        </w:rPr>
        <w:br/>
        <w:t xml:space="preserve">    volumes:</w:t>
      </w:r>
      <w:r>
        <w:rPr>
          <w:rFonts w:ascii="Courier New" w:hAnsi="Courier New"/>
          <w:sz w:val="18"/>
        </w:rPr>
        <w:br/>
        <w:t xml:space="preserve">      - ./xwiki:/var/lib/jetty/webapps/xwiki</w:t>
      </w:r>
      <w:r>
        <w:rPr>
          <w:rFonts w:ascii="Courier New" w:hAnsi="Courier New"/>
          <w:sz w:val="18"/>
        </w:rPr>
        <w:br/>
        <w:t xml:space="preserve">      - ./xwiki-data:/var/lib/jetty/xwiki-data</w:t>
      </w:r>
      <w:r>
        <w:rPr>
          <w:rFonts w:ascii="Courier New" w:hAnsi="Courier New"/>
          <w:sz w:val="18"/>
        </w:rPr>
        <w:br/>
        <w:t xml:space="preserve">    command: &gt;</w:t>
      </w:r>
      <w:r>
        <w:rPr>
          <w:rFonts w:ascii="Courier New" w:hAnsi="Courier New"/>
          <w:sz w:val="18"/>
        </w:rPr>
        <w:br/>
        <w:t xml:space="preserve">      --module=ee10-apache-jsp,ee10-deploy,ee10-websocket-jakarta</w:t>
      </w:r>
      <w:r>
        <w:rPr>
          <w:rFonts w:ascii="Courier New" w:hAnsi="Courier New"/>
          <w:sz w:val="18"/>
        </w:rPr>
        <w:br/>
        <w:t xml:space="preserve">      -Djetty.httpConfig.uriCompliance=RFC3986</w:t>
      </w:r>
    </w:p>
    <w:p w14:paraId="3EC2D024" w14:textId="77777777" w:rsidR="00EC61B3" w:rsidRDefault="00000000">
      <w:pPr>
        <w:pStyle w:val="Heading2"/>
      </w:pPr>
      <w:r>
        <w:t>Access URL</w:t>
      </w:r>
    </w:p>
    <w:p w14:paraId="52B7C9D2" w14:textId="77777777" w:rsidR="00EC61B3" w:rsidRDefault="00000000">
      <w:r>
        <w:t>http://localhost:9090/xwiki</w:t>
      </w:r>
    </w:p>
    <w:p w14:paraId="6FC667D6" w14:textId="77777777" w:rsidR="00EC61B3" w:rsidRDefault="00000000">
      <w:pPr>
        <w:pStyle w:val="Heading2"/>
      </w:pPr>
      <w:r>
        <w:lastRenderedPageBreak/>
        <w:t>Deployment Checklist</w:t>
      </w:r>
    </w:p>
    <w:p w14:paraId="298A61D2" w14:textId="77777777" w:rsidR="00EC61B3" w:rsidRDefault="00000000">
      <w:pPr>
        <w:pStyle w:val="ListBullet"/>
      </w:pPr>
      <w:r>
        <w:t>WAR extracted into xwiki/ folder</w:t>
      </w:r>
    </w:p>
    <w:p w14:paraId="3CD7907A" w14:textId="77777777" w:rsidR="00EC61B3" w:rsidRDefault="00000000">
      <w:pPr>
        <w:pStyle w:val="ListBullet"/>
      </w:pPr>
      <w:r>
        <w:t>HSQLDB section ACTIVE in hibernate.cfg.xml</w:t>
      </w:r>
    </w:p>
    <w:p w14:paraId="34CE7455" w14:textId="77777777" w:rsidR="00EC61B3" w:rsidRDefault="00000000">
      <w:pPr>
        <w:pStyle w:val="ListBullet"/>
      </w:pPr>
      <w:r>
        <w:t>PostgreSQL section COMMENTED</w:t>
      </w:r>
    </w:p>
    <w:p w14:paraId="6F51BCD0" w14:textId="77777777" w:rsidR="00EC61B3" w:rsidRDefault="00000000">
      <w:pPr>
        <w:pStyle w:val="ListBullet"/>
      </w:pPr>
      <w:r>
        <w:t>environment.permanentDirectory uncommented</w:t>
      </w:r>
    </w:p>
    <w:p w14:paraId="2DC572E5" w14:textId="77777777" w:rsidR="00EC61B3" w:rsidRDefault="00000000">
      <w:pPr>
        <w:pStyle w:val="ListBullet"/>
      </w:pPr>
      <w:r>
        <w:t>hsqldb-2.7.3.jar downloaded</w:t>
      </w:r>
    </w:p>
    <w:p w14:paraId="0AD5946F" w14:textId="77777777" w:rsidR="00EC61B3" w:rsidRDefault="00000000">
      <w:pPr>
        <w:pStyle w:val="ListBullet"/>
      </w:pPr>
      <w:r>
        <w:t>Correct Docker modules configured</w:t>
      </w:r>
    </w:p>
    <w:p w14:paraId="3EAC269D" w14:textId="77777777" w:rsidR="00EC61B3" w:rsidRDefault="00000000">
      <w:pPr>
        <w:pStyle w:val="ListBullet"/>
      </w:pPr>
      <w:r>
        <w:t>Port mapping 9090:8080</w:t>
      </w:r>
    </w:p>
    <w:p w14:paraId="6D522907" w14:textId="77777777" w:rsidR="00EC61B3" w:rsidRDefault="00000000">
      <w:pPr>
        <w:pStyle w:val="ListBullet"/>
      </w:pPr>
      <w:r>
        <w:t>Docker started with docker-compose up -d</w:t>
      </w:r>
    </w:p>
    <w:p w14:paraId="03FCE323" w14:textId="77777777" w:rsidR="00EC61B3" w:rsidRDefault="00000000">
      <w:pPr>
        <w:pStyle w:val="ListBullet"/>
      </w:pPr>
      <w:r>
        <w:t>Accessible at http://localhost:9090/xwiki</w:t>
      </w:r>
    </w:p>
    <w:sectPr w:rsidR="00EC61B3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93510912">
    <w:abstractNumId w:val="8"/>
  </w:num>
  <w:num w:numId="2" w16cid:durableId="93789517">
    <w:abstractNumId w:val="6"/>
  </w:num>
  <w:num w:numId="3" w16cid:durableId="391196779">
    <w:abstractNumId w:val="5"/>
  </w:num>
  <w:num w:numId="4" w16cid:durableId="1134980984">
    <w:abstractNumId w:val="4"/>
  </w:num>
  <w:num w:numId="5" w16cid:durableId="1905288172">
    <w:abstractNumId w:val="7"/>
  </w:num>
  <w:num w:numId="6" w16cid:durableId="790633909">
    <w:abstractNumId w:val="3"/>
  </w:num>
  <w:num w:numId="7" w16cid:durableId="1482578956">
    <w:abstractNumId w:val="2"/>
  </w:num>
  <w:num w:numId="8" w16cid:durableId="166988130">
    <w:abstractNumId w:val="1"/>
  </w:num>
  <w:num w:numId="9" w16cid:durableId="1160730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626429"/>
    <w:rsid w:val="00860EF9"/>
    <w:rsid w:val="00AA1D8D"/>
    <w:rsid w:val="00B47730"/>
    <w:rsid w:val="00CB0664"/>
    <w:rsid w:val="00EC61B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9F577AE"/>
  <w14:defaultImageDpi w14:val="300"/>
  <w15:docId w15:val="{B7044CE9-AD70-45E9-B2FB-977E021D8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Lê Ngọc Khoa</cp:lastModifiedBy>
  <cp:revision>2</cp:revision>
  <dcterms:created xsi:type="dcterms:W3CDTF">2013-12-23T23:15:00Z</dcterms:created>
  <dcterms:modified xsi:type="dcterms:W3CDTF">2026-03-04T08:47:00Z</dcterms:modified>
  <cp:category/>
</cp:coreProperties>
</file>