
<file path=[Content_Types].xml><?xml version="1.0" encoding="utf-8"?>
<Types xmlns="http://schemas.openxmlformats.org/package/2006/content-types">
  <Default Extension="fntdata" ContentType="application/x-fontdata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ustom.xml" ContentType="application/vnd.openxmlformats-officedocument.custom-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Title"/>
        <w:rPr/>
      </w:pPr>
      <w:r>
        <w:rPr/>
        <w:t>Test Document – Table Width Handling for PDF Export</w:t>
      </w:r>
    </w:p>
    <w:p>
      <w:pPr>
        <w:pStyle w:val="PreformattedText"/>
        <w:spacing w:before="0" w:after="0"/>
        <w:rPr>
          <w:vanish/>
          <w:specVanish/>
        </w:rPr>
      </w:pPr>
      <w:r>
        <w:rPr/>
        <w:t>This document includes tables specifically designed to reproduce and test column width issues during PDF export.</w:t>
      </w:r>
    </w:p>
    <w:p>
      <w:pPr>
        <w:pStyle w:val="Normal"/>
        <w:rPr/>
      </w:pPr>
      <w:r/>
      <w:r>
        <w:rPr/>
      </w:r>
      <w:r>
        <w:rPr/>
        <w:br/>
      </w:r>
    </w:p>
    <w:p>
      <w:pPr>
        <w:pStyle w:val="Heading1"/>
        <w:rPr>
          <w:rFonts w:ascii="Impact" w:hAnsi="Impact"/>
        </w:rPr>
      </w:pPr>
      <w:r>
        <w:rPr>
          <w:rFonts w:ascii="Impact" w:hAnsi="Impact"/>
        </w:rPr>
        <w:t>Case 1: Small Table (should behave normally)</w:t>
      </w:r>
    </w:p>
    <w:tbl>
      <w:tblPr>
        <w:tblW w:w="8640" w:type="dxa"/>
        <w:jc w:val="start"/>
        <w:tblInd w:w="108" w:type="dxa"/>
        <w:tblLayout w:type="fixed"/>
        <w:tblCellMar>
          <w:top w:w="0" w:type="dxa"/>
          <w:start w:w="108" w:type="dxa"/>
          <w:bottom w:w="0" w:type="dxa"/>
          <w:end w:w="108" w:type="dxa"/>
        </w:tblCellMar>
        <w:tblLook w:firstRow="1" w:noVBand="1" w:lastRow="0" w:firstColumn="1" w:lastColumn="0" w:noHBand="0" w:val="04a0"/>
      </w:tblPr>
      <w:tblGrid>
        <w:gridCol w:w="2880"/>
        <w:gridCol w:w="2880"/>
        <w:gridCol w:w="2880"/>
      </w:tblGrid>
      <w:tr>
        <w:trPr/>
        <w:tc>
          <w:tcPr>
            <w:tcW w:w="2880" w:type="dxa"/>
            <w:tcBorders/>
          </w:tcPr>
          <w:p>
            <w:pPr>
              <w:pStyle w:val="Normal"/>
              <w:widowControl/>
              <w:bidi w:val="0"/>
              <w:spacing w:lineRule="auto" w:line="276" w:before="0" w:after="200"/>
              <w:jc w:val="start"/>
              <w:rPr/>
            </w:pPr>
            <w:r>
              <w:rPr/>
              <w:t>Name</w:t>
            </w:r>
          </w:p>
        </w:tc>
        <w:tc>
          <w:tcPr>
            <w:tcW w:w="2880" w:type="dxa"/>
            <w:tcBorders/>
          </w:tcPr>
          <w:p>
            <w:pPr>
              <w:pStyle w:val="Normal"/>
              <w:widowControl/>
              <w:bidi w:val="0"/>
              <w:spacing w:lineRule="auto" w:line="276" w:before="0" w:after="200"/>
              <w:jc w:val="start"/>
              <w:rPr/>
            </w:pPr>
            <w:r>
              <w:rPr/>
              <w:t>Age</w:t>
            </w:r>
          </w:p>
        </w:tc>
        <w:tc>
          <w:tcPr>
            <w:tcW w:w="2880" w:type="dxa"/>
            <w:tcBorders/>
          </w:tcPr>
          <w:p>
            <w:pPr>
              <w:pStyle w:val="Normal"/>
              <w:widowControl/>
              <w:bidi w:val="0"/>
              <w:spacing w:lineRule="auto" w:line="276" w:before="0" w:after="200"/>
              <w:jc w:val="start"/>
              <w:rPr/>
            </w:pPr>
            <w:r>
              <w:rPr/>
              <w:t>City</w:t>
            </w:r>
          </w:p>
        </w:tc>
      </w:tr>
      <w:tr>
        <w:trPr/>
        <w:tc>
          <w:tcPr>
            <w:tcW w:w="2880" w:type="dxa"/>
            <w:tcBorders/>
          </w:tcPr>
          <w:p>
            <w:pPr>
              <w:pStyle w:val="Normal"/>
              <w:widowControl/>
              <w:bidi w:val="0"/>
              <w:spacing w:lineRule="auto" w:line="276" w:before="0" w:after="200"/>
              <w:jc w:val="start"/>
              <w:rPr/>
            </w:pPr>
            <w:r>
              <w:rPr/>
              <w:t>Alice</w:t>
            </w:r>
          </w:p>
        </w:tc>
        <w:tc>
          <w:tcPr>
            <w:tcW w:w="2880" w:type="dxa"/>
            <w:tcBorders/>
          </w:tcPr>
          <w:p>
            <w:pPr>
              <w:pStyle w:val="PreformattedText"/>
              <w:rPr/>
            </w:pPr>
            <w:r>
              <w:rPr/>
              <w:t>30</w:t>
            </w:r>
          </w:p>
        </w:tc>
        <w:tc>
          <w:tcPr>
            <w:tcW w:w="2880" w:type="dxa"/>
            <w:tcBorders/>
          </w:tcPr>
          <w:p>
            <w:pPr>
              <w:pStyle w:val="Normal"/>
              <w:widowControl/>
              <w:bidi w:val="0"/>
              <w:spacing w:lineRule="auto" w:line="276" w:before="0" w:after="200"/>
              <w:jc w:val="start"/>
              <w:rPr/>
            </w:pPr>
            <w:r>
              <w:rPr/>
              <w:t>Paris</w:t>
            </w:r>
          </w:p>
        </w:tc>
      </w:tr>
      <w:tr>
        <w:trPr/>
        <w:tc>
          <w:tcPr>
            <w:tcW w:w="2880" w:type="dxa"/>
            <w:tcBorders/>
          </w:tcPr>
          <w:p>
            <w:pPr>
              <w:pStyle w:val="Normal"/>
              <w:widowControl/>
              <w:bidi w:val="0"/>
              <w:spacing w:lineRule="auto" w:line="276" w:before="0" w:after="200"/>
              <w:jc w:val="start"/>
              <w:rPr/>
            </w:pPr>
            <w:r>
              <w:rPr/>
              <w:t>Bob</w:t>
            </w:r>
          </w:p>
        </w:tc>
        <w:tc>
          <w:tcPr>
            <w:tcW w:w="2880" w:type="dxa"/>
            <w:tcBorders/>
          </w:tcPr>
          <w:p>
            <w:pPr>
              <w:pStyle w:val="Normal"/>
              <w:widowControl/>
              <w:bidi w:val="0"/>
              <w:spacing w:lineRule="auto" w:line="276" w:before="0" w:after="200"/>
              <w:jc w:val="start"/>
              <w:rPr/>
            </w:pPr>
            <w:r>
              <w:rPr/>
              <w:t>25</w:t>
            </w:r>
          </w:p>
        </w:tc>
        <w:tc>
          <w:tcPr>
            <w:tcW w:w="2880" w:type="dxa"/>
            <w:tcBorders/>
          </w:tcPr>
          <w:p>
            <w:pPr>
              <w:pStyle w:val="Normal"/>
              <w:widowControl/>
              <w:bidi w:val="0"/>
              <w:spacing w:lineRule="auto" w:line="276" w:before="0" w:after="200"/>
              <w:jc w:val="start"/>
              <w:rPr/>
            </w:pPr>
            <w:r>
              <w:rPr/>
              <w:t>Berlin</w:t>
            </w:r>
          </w:p>
        </w:tc>
      </w:tr>
    </w:tbl>
    <w:p>
      <w:pPr>
        <w:pStyle w:val="Title"/>
        <w:rPr/>
      </w:pPr>
      <w:r>
        <w:rPr/>
        <w:t xml:space="preserve">Case 2: Wide Table </w:t>
      </w:r>
      <w:r>
        <w:rPr>
          <w:rFonts w:ascii="Cascadia Code SemiBold" w:hAnsi="Cascadia Code SemiBold"/>
        </w:rPr>
        <w:t>(tests narrow columns)Cascadia Semi Bold</w:t>
      </w:r>
    </w:p>
    <w:tbl>
      <w:tblPr>
        <w:tblW w:w="8640" w:type="dxa"/>
        <w:jc w:val="start"/>
        <w:tblInd w:w="108" w:type="dxa"/>
        <w:tblLayout w:type="fixed"/>
        <w:tblCellMar>
          <w:top w:w="0" w:type="dxa"/>
          <w:start w:w="108" w:type="dxa"/>
          <w:bottom w:w="0" w:type="dxa"/>
          <w:end w:w="108" w:type="dxa"/>
        </w:tblCellMar>
        <w:tblLook w:firstRow="1" w:noVBand="1" w:lastRow="0" w:firstColumn="1" w:lastColumn="0" w:noHBand="0" w:val="04a0"/>
      </w:tblPr>
      <w:tblGrid>
        <w:gridCol w:w="1440"/>
        <w:gridCol w:w="288"/>
        <w:gridCol w:w="864"/>
        <w:gridCol w:w="864"/>
        <w:gridCol w:w="864"/>
        <w:gridCol w:w="864"/>
        <w:gridCol w:w="864"/>
        <w:gridCol w:w="864"/>
        <w:gridCol w:w="864"/>
        <w:gridCol w:w="864"/>
      </w:tblGrid>
      <w:tr>
        <w:trPr/>
        <w:tc>
          <w:tcPr>
            <w:tcW w:w="1440" w:type="dxa"/>
            <w:tcBorders/>
          </w:tcPr>
          <w:p>
            <w:pPr>
              <w:pStyle w:val="Normal"/>
              <w:widowControl/>
              <w:bidi w:val="0"/>
              <w:spacing w:lineRule="auto" w:line="276" w:before="0" w:after="200"/>
              <w:jc w:val="start"/>
              <w:rPr/>
            </w:pPr>
            <w:r>
              <w:rPr/>
              <w:t>Col1</w:t>
            </w:r>
          </w:p>
        </w:tc>
        <w:tc>
          <w:tcPr>
            <w:tcW w:w="288" w:type="dxa"/>
            <w:tcBorders/>
          </w:tcPr>
          <w:p>
            <w:pPr>
              <w:pStyle w:val="Normal"/>
              <w:widowControl/>
              <w:bidi w:val="0"/>
              <w:spacing w:lineRule="auto" w:line="276" w:before="0" w:after="200"/>
              <w:jc w:val="start"/>
              <w:rPr/>
            </w:pPr>
            <w:r>
              <w:rPr/>
              <w:t>Col2</w:t>
            </w:r>
          </w:p>
        </w:tc>
        <w:tc>
          <w:tcPr>
            <w:tcW w:w="864" w:type="dxa"/>
            <w:tcBorders/>
          </w:tcPr>
          <w:p>
            <w:pPr>
              <w:pStyle w:val="Normal"/>
              <w:widowControl/>
              <w:bidi w:val="0"/>
              <w:spacing w:lineRule="auto" w:line="276" w:before="0" w:after="200"/>
              <w:jc w:val="start"/>
              <w:rPr/>
            </w:pPr>
            <w:r>
              <w:rPr/>
              <w:t>Col3</w:t>
            </w:r>
          </w:p>
        </w:tc>
        <w:tc>
          <w:tcPr>
            <w:tcW w:w="864" w:type="dxa"/>
            <w:tcBorders/>
          </w:tcPr>
          <w:p>
            <w:pPr>
              <w:pStyle w:val="Normal"/>
              <w:widowControl/>
              <w:bidi w:val="0"/>
              <w:spacing w:lineRule="auto" w:line="276" w:before="0" w:after="200"/>
              <w:jc w:val="start"/>
              <w:rPr/>
            </w:pPr>
            <w:r>
              <w:rPr/>
              <w:t>Col4</w:t>
            </w:r>
          </w:p>
        </w:tc>
        <w:tc>
          <w:tcPr>
            <w:tcW w:w="864" w:type="dxa"/>
            <w:tcBorders/>
          </w:tcPr>
          <w:p>
            <w:pPr>
              <w:pStyle w:val="Normal"/>
              <w:widowControl/>
              <w:bidi w:val="0"/>
              <w:spacing w:lineRule="auto" w:line="276" w:before="0" w:after="200"/>
              <w:jc w:val="start"/>
              <w:rPr>
                <w:highlight w:val="none"/>
                <w:shd w:fill="81D41A" w:val="clear"/>
              </w:rPr>
            </w:pPr>
            <w:r>
              <w:rPr>
                <w:shd w:fill="81D41A" w:val="clear"/>
              </w:rPr>
              <w:t>Col5</w:t>
            </w:r>
          </w:p>
        </w:tc>
        <w:tc>
          <w:tcPr>
            <w:tcW w:w="864" w:type="dxa"/>
            <w:tcBorders/>
          </w:tcPr>
          <w:p>
            <w:pPr>
              <w:pStyle w:val="Normal"/>
              <w:widowControl/>
              <w:bidi w:val="0"/>
              <w:spacing w:lineRule="auto" w:line="276" w:before="0" w:after="200"/>
              <w:jc w:val="start"/>
              <w:rPr/>
            </w:pPr>
            <w:r>
              <w:rPr/>
              <w:t>Col6</w:t>
            </w:r>
          </w:p>
        </w:tc>
        <w:tc>
          <w:tcPr>
            <w:tcW w:w="864" w:type="dxa"/>
            <w:tcBorders/>
          </w:tcPr>
          <w:p>
            <w:pPr>
              <w:pStyle w:val="Normal"/>
              <w:spacing w:before="0" w:after="200"/>
              <w:rPr>
                <w:strike/>
              </w:rPr>
            </w:pPr>
            <w:r>
              <w:rPr>
                <w:strike/>
              </w:rPr>
              <w:t>Col7</w:t>
            </w:r>
          </w:p>
        </w:tc>
        <w:tc>
          <w:tcPr>
            <w:tcW w:w="864" w:type="dxa"/>
            <w:tcBorders/>
          </w:tcPr>
          <w:p>
            <w:pPr>
              <w:pStyle w:val="Normal"/>
              <w:spacing w:before="0" w:after="200"/>
              <w:rPr>
                <w:vertAlign w:val="subscript"/>
              </w:rPr>
            </w:pPr>
            <w:r>
              <w:rPr>
                <w:vertAlign w:val="subscript"/>
              </w:rPr>
              <w:t>Col8</w:t>
            </w:r>
          </w:p>
        </w:tc>
        <w:tc>
          <w:tcPr>
            <w:tcW w:w="864" w:type="dxa"/>
            <w:tcBorders/>
          </w:tcPr>
          <w:p>
            <w:pPr>
              <w:pStyle w:val="Normal"/>
              <w:widowControl/>
              <w:bidi w:val="0"/>
              <w:spacing w:lineRule="auto" w:line="276" w:before="0" w:after="200"/>
              <w:jc w:val="start"/>
              <w:rPr/>
            </w:pPr>
            <w:r>
              <w:rPr/>
              <w:t>Col9</w:t>
            </w:r>
          </w:p>
        </w:tc>
        <w:tc>
          <w:tcPr>
            <w:tcW w:w="864" w:type="dxa"/>
            <w:tcBorders/>
          </w:tcPr>
          <w:p>
            <w:pPr>
              <w:pStyle w:val="Normal"/>
              <w:widowControl/>
              <w:bidi w:val="0"/>
              <w:spacing w:lineRule="auto" w:line="276" w:before="0" w:after="200"/>
              <w:jc w:val="start"/>
              <w:rPr/>
            </w:pPr>
            <w:r>
              <w:rPr/>
              <w:t>Col10</w:t>
            </w:r>
          </w:p>
        </w:tc>
      </w:tr>
      <w:tr>
        <w:trPr/>
        <w:tc>
          <w:tcPr>
            <w:tcW w:w="1440" w:type="dxa"/>
            <w:tcBorders/>
          </w:tcPr>
          <w:p>
            <w:pPr>
              <w:pStyle w:val="Normal"/>
              <w:widowControl/>
              <w:bidi w:val="0"/>
              <w:spacing w:lineRule="auto" w:line="276" w:before="0" w:after="200"/>
              <w:jc w:val="start"/>
              <w:rPr>
                <w:rFonts w:ascii="Cascadia Code SemiBold" w:hAnsi="Cascadia Code SemiBold"/>
              </w:rPr>
            </w:pPr>
            <w:r>
              <w:rPr>
                <w:rFonts w:ascii="Cascadia Code SemiBold" w:hAnsi="Cascadia Code SemiBold"/>
              </w:rPr>
              <w:t>Long text content to test wrapping – Cascadia Semi Bold</w:t>
            </w:r>
          </w:p>
        </w:tc>
        <w:tc>
          <w:tcPr>
            <w:tcW w:w="288" w:type="dxa"/>
            <w:tcBorders/>
          </w:tcPr>
          <w:p>
            <w:pPr>
              <w:pStyle w:val="Normal"/>
              <w:widowControl/>
              <w:bidi w:val="0"/>
              <w:spacing w:lineRule="auto" w:line="276" w:before="0" w:after="200"/>
              <w:jc w:val="start"/>
              <w:rPr/>
            </w:pPr>
            <w:r>
              <w:rPr/>
              <w:t>Long text content to test wrapping</w:t>
            </w:r>
          </w:p>
        </w:tc>
        <w:tc>
          <w:tcPr>
            <w:tcW w:w="864" w:type="dxa"/>
            <w:tcBorders/>
          </w:tcPr>
          <w:p>
            <w:pPr>
              <w:pStyle w:val="Normal"/>
              <w:widowControl/>
              <w:bidi w:val="0"/>
              <w:spacing w:lineRule="auto" w:line="276" w:before="0" w:after="200"/>
              <w:jc w:val="start"/>
              <w:rPr/>
            </w:pPr>
            <w:r>
              <w:rPr/>
              <w:t>Long text content to test wrapping</w:t>
            </w:r>
          </w:p>
        </w:tc>
        <w:tc>
          <w:tcPr>
            <w:tcW w:w="864" w:type="dxa"/>
            <w:tcBorders/>
          </w:tcPr>
          <w:p>
            <w:pPr>
              <w:pStyle w:val="Normal"/>
              <w:spacing w:before="0" w:after="200"/>
              <w:rPr>
                <w:highlight w:val="none"/>
                <w:shd w:fill="FFFF00" w:val="clear"/>
              </w:rPr>
            </w:pPr>
            <w:r>
              <w:rPr>
                <w:shd w:fill="FFFF00" w:val="clear"/>
              </w:rPr>
              <w:t>Long text content to test wrapping</w:t>
            </w:r>
          </w:p>
        </w:tc>
        <w:tc>
          <w:tcPr>
            <w:tcW w:w="864" w:type="dxa"/>
            <w:tcBorders/>
          </w:tcPr>
          <w:p>
            <w:pPr>
              <w:pStyle w:val="Normal"/>
              <w:widowControl/>
              <w:bidi w:val="0"/>
              <w:spacing w:lineRule="auto" w:line="276" w:before="0" w:after="200"/>
              <w:jc w:val="start"/>
              <w:rPr/>
            </w:pPr>
            <w:r>
              <w:rPr/>
              <w:t>Long te</w:t>
            </w:r>
            <w:r>
              <w:rPr>
                <w:color w:val="FF4000"/>
              </w:rPr>
              <w:t>xt content to test wrapping</w:t>
            </w:r>
          </w:p>
        </w:tc>
        <w:tc>
          <w:tcPr>
            <w:tcW w:w="864" w:type="dxa"/>
            <w:tcBorders/>
          </w:tcPr>
          <w:p>
            <w:pPr>
              <w:pStyle w:val="Normal"/>
              <w:spacing w:before="0" w:after="200"/>
              <w:rPr>
                <w:highlight w:val="none"/>
                <w:shd w:fill="FF6D6D" w:val="clear"/>
              </w:rPr>
            </w:pPr>
            <w:r>
              <w:rPr>
                <w:shd w:fill="FF6D6D" w:val="clear"/>
              </w:rPr>
              <w:t>Long text content to test wrapping</w:t>
            </w:r>
          </w:p>
        </w:tc>
        <w:tc>
          <w:tcPr>
            <w:tcW w:w="864" w:type="dxa"/>
            <w:tcBorders/>
          </w:tcPr>
          <w:p>
            <w:pPr>
              <w:pStyle w:val="Normal"/>
              <w:spacing w:before="0" w:after="200"/>
              <w:rPr>
                <w:highlight w:val="none"/>
                <w:shd w:fill="FF6D6D" w:val="clear"/>
              </w:rPr>
            </w:pPr>
            <w:r>
              <w:rPr>
                <w:shd w:fill="FF6D6D" w:val="clear"/>
              </w:rPr>
              <w:t>Long text content to test wrapping</w:t>
            </w:r>
          </w:p>
        </w:tc>
        <w:tc>
          <w:tcPr>
            <w:tcW w:w="864" w:type="dxa"/>
            <w:tcBorders/>
          </w:tcPr>
          <w:p>
            <w:pPr>
              <w:pStyle w:val="Normal"/>
              <w:widowControl/>
              <w:bidi w:val="0"/>
              <w:spacing w:lineRule="auto" w:line="276" w:before="0" w:after="200"/>
              <w:jc w:val="start"/>
              <w:rPr/>
            </w:pPr>
            <w:r>
              <w:rPr/>
              <w:t>L</w:t>
            </w:r>
            <w:r>
              <w:rPr>
                <w:b/>
                <w:bCs/>
              </w:rPr>
              <w:t>ong text content to test wrapping</w:t>
            </w:r>
          </w:p>
        </w:tc>
        <w:tc>
          <w:tcPr>
            <w:tcW w:w="864" w:type="dxa"/>
            <w:tcBorders/>
          </w:tcPr>
          <w:p>
            <w:pPr>
              <w:pStyle w:val="Normal"/>
              <w:spacing w:before="0" w:after="200"/>
              <w:rPr>
                <w:i/>
                <w:iCs/>
              </w:rPr>
            </w:pPr>
            <w:r>
              <w:rPr>
                <w:i/>
                <w:iCs/>
              </w:rPr>
              <w:t>Long text content to test wrapping</w:t>
            </w:r>
          </w:p>
        </w:tc>
        <w:tc>
          <w:tcPr>
            <w:tcW w:w="864" w:type="dxa"/>
            <w:tcBorders/>
          </w:tcPr>
          <w:p>
            <w:pPr>
              <w:pStyle w:val="Normal"/>
              <w:spacing w:before="0" w:after="200"/>
              <w:rPr>
                <w:i/>
                <w:iCs/>
              </w:rPr>
            </w:pPr>
            <w:r>
              <w:rPr>
                <w:i/>
                <w:iCs/>
              </w:rPr>
              <w:t>L</w:t>
            </w:r>
            <w:r>
              <w:rPr>
                <w:i/>
                <w:iCs/>
                <w:u w:val="single"/>
              </w:rPr>
              <w:t>ong text content to test wrapping</w:t>
            </w:r>
          </w:p>
        </w:tc>
      </w:tr>
    </w:tbl>
    <w:p>
      <w:pPr>
        <w:pStyle w:val="Heading1"/>
        <w:rPr/>
      </w:pPr>
      <w:r>
        <w:rPr/>
        <w:t>Case 3: Extreme Table (should trigger scaling)</w:t>
      </w:r>
    </w:p>
    <w:tbl>
      <w:tblPr>
        <w:tblW w:w="8638" w:type="dxa"/>
        <w:jc w:val="start"/>
        <w:tblInd w:w="108" w:type="dxa"/>
        <w:tblLayout w:type="fixed"/>
        <w:tblCellMar>
          <w:top w:w="0" w:type="dxa"/>
          <w:start w:w="108" w:type="dxa"/>
          <w:bottom w:w="0" w:type="dxa"/>
          <w:end w:w="108" w:type="dxa"/>
        </w:tblCellMar>
        <w:tblLook w:firstRow="1" w:noVBand="1" w:lastRow="0" w:firstColumn="1" w:lastColumn="0" w:noHBand="0" w:val="04a0"/>
      </w:tblPr>
      <w:tblGrid>
        <w:gridCol w:w="616"/>
        <w:gridCol w:w="618"/>
        <w:gridCol w:w="617"/>
        <w:gridCol w:w="616"/>
        <w:gridCol w:w="617"/>
        <w:gridCol w:w="618"/>
        <w:gridCol w:w="617"/>
        <w:gridCol w:w="616"/>
        <w:gridCol w:w="618"/>
        <w:gridCol w:w="617"/>
        <w:gridCol w:w="616"/>
        <w:gridCol w:w="617"/>
        <w:gridCol w:w="618"/>
        <w:gridCol w:w="617"/>
      </w:tblGrid>
      <w:tr>
        <w:trPr/>
        <w:tc>
          <w:tcPr>
            <w:tcW w:w="616" w:type="dxa"/>
            <w:tcBorders/>
          </w:tcPr>
          <w:p>
            <w:pPr>
              <w:pStyle w:val="Normal"/>
              <w:widowControl/>
              <w:bidi w:val="0"/>
              <w:spacing w:lineRule="auto" w:line="276" w:before="0" w:after="200"/>
              <w:jc w:val="start"/>
              <w:rPr/>
            </w:pPr>
            <w:r>
              <w:rPr/>
              <w:t>C1</w:t>
            </w:r>
          </w:p>
        </w:tc>
        <w:tc>
          <w:tcPr>
            <w:tcW w:w="618" w:type="dxa"/>
            <w:tcBorders/>
          </w:tcPr>
          <w:p>
            <w:pPr>
              <w:pStyle w:val="Normal"/>
              <w:widowControl/>
              <w:bidi w:val="0"/>
              <w:spacing w:lineRule="auto" w:line="276" w:before="0" w:after="200"/>
              <w:jc w:val="start"/>
              <w:rPr/>
            </w:pPr>
            <w:r>
              <w:rPr/>
              <w:t>C2</w:t>
            </w:r>
          </w:p>
        </w:tc>
        <w:tc>
          <w:tcPr>
            <w:tcW w:w="617" w:type="dxa"/>
            <w:tcBorders/>
          </w:tcPr>
          <w:p>
            <w:pPr>
              <w:pStyle w:val="Normal"/>
              <w:widowControl/>
              <w:bidi w:val="0"/>
              <w:spacing w:lineRule="auto" w:line="276" w:before="0" w:after="200"/>
              <w:jc w:val="start"/>
              <w:rPr/>
            </w:pPr>
            <w:r>
              <w:rPr/>
              <w:t>C3</w:t>
            </w:r>
          </w:p>
        </w:tc>
        <w:tc>
          <w:tcPr>
            <w:tcW w:w="616" w:type="dxa"/>
            <w:tcBorders/>
          </w:tcPr>
          <w:p>
            <w:pPr>
              <w:pStyle w:val="Normal"/>
              <w:widowControl/>
              <w:bidi w:val="0"/>
              <w:spacing w:lineRule="auto" w:line="276" w:before="0" w:after="200"/>
              <w:jc w:val="start"/>
              <w:rPr/>
            </w:pPr>
            <w:r>
              <w:rPr/>
              <w:t>C4</w:t>
            </w:r>
          </w:p>
        </w:tc>
        <w:tc>
          <w:tcPr>
            <w:tcW w:w="617" w:type="dxa"/>
            <w:tcBorders/>
          </w:tcPr>
          <w:p>
            <w:pPr>
              <w:pStyle w:val="Normal"/>
              <w:widowControl/>
              <w:bidi w:val="0"/>
              <w:spacing w:lineRule="auto" w:line="276" w:before="0" w:after="200"/>
              <w:jc w:val="start"/>
              <w:rPr/>
            </w:pPr>
            <w:r>
              <w:rPr/>
              <w:t>C5</w:t>
            </w:r>
          </w:p>
        </w:tc>
        <w:tc>
          <w:tcPr>
            <w:tcW w:w="618" w:type="dxa"/>
            <w:tcBorders/>
          </w:tcPr>
          <w:p>
            <w:pPr>
              <w:pStyle w:val="Normal"/>
              <w:widowControl/>
              <w:bidi w:val="0"/>
              <w:spacing w:lineRule="auto" w:line="276" w:before="0" w:after="200"/>
              <w:jc w:val="start"/>
              <w:rPr/>
            </w:pPr>
            <w:r>
              <w:rPr/>
              <w:t>C6</w:t>
            </w:r>
          </w:p>
        </w:tc>
        <w:tc>
          <w:tcPr>
            <w:tcW w:w="617" w:type="dxa"/>
            <w:tcBorders/>
          </w:tcPr>
          <w:p>
            <w:pPr>
              <w:pStyle w:val="Normal"/>
              <w:widowControl/>
              <w:bidi w:val="0"/>
              <w:spacing w:lineRule="auto" w:line="276" w:before="0" w:after="200"/>
              <w:jc w:val="start"/>
              <w:rPr/>
            </w:pPr>
            <w:r>
              <w:rPr/>
              <w:t>C7</w:t>
            </w:r>
          </w:p>
        </w:tc>
        <w:tc>
          <w:tcPr>
            <w:tcW w:w="616" w:type="dxa"/>
            <w:tcBorders/>
          </w:tcPr>
          <w:p>
            <w:pPr>
              <w:pStyle w:val="Normal"/>
              <w:widowControl/>
              <w:bidi w:val="0"/>
              <w:spacing w:lineRule="auto" w:line="276" w:before="0" w:after="200"/>
              <w:jc w:val="start"/>
              <w:rPr/>
            </w:pPr>
            <w:r>
              <w:rPr/>
              <w:t>C8</w:t>
            </w:r>
          </w:p>
        </w:tc>
        <w:tc>
          <w:tcPr>
            <w:tcW w:w="618" w:type="dxa"/>
            <w:tcBorders/>
          </w:tcPr>
          <w:p>
            <w:pPr>
              <w:pStyle w:val="Normal"/>
              <w:widowControl/>
              <w:bidi w:val="0"/>
              <w:spacing w:lineRule="auto" w:line="276" w:before="0" w:after="200"/>
              <w:jc w:val="start"/>
              <w:rPr/>
            </w:pPr>
            <w:r>
              <w:rPr/>
              <w:t>C9</w:t>
            </w:r>
          </w:p>
        </w:tc>
        <w:tc>
          <w:tcPr>
            <w:tcW w:w="617" w:type="dxa"/>
            <w:tcBorders/>
          </w:tcPr>
          <w:p>
            <w:pPr>
              <w:pStyle w:val="Normal"/>
              <w:widowControl/>
              <w:bidi w:val="0"/>
              <w:spacing w:lineRule="auto" w:line="276" w:before="0" w:after="200"/>
              <w:jc w:val="start"/>
              <w:rPr/>
            </w:pPr>
            <w:r>
              <w:rPr/>
              <w:t>C10</w:t>
            </w:r>
          </w:p>
        </w:tc>
        <w:tc>
          <w:tcPr>
            <w:tcW w:w="616" w:type="dxa"/>
            <w:tcBorders/>
          </w:tcPr>
          <w:p>
            <w:pPr>
              <w:pStyle w:val="Normal"/>
              <w:widowControl/>
              <w:bidi w:val="0"/>
              <w:spacing w:lineRule="auto" w:line="276" w:before="0" w:after="200"/>
              <w:jc w:val="start"/>
              <w:rPr/>
            </w:pPr>
            <w:r>
              <w:rPr/>
              <w:t>C11</w:t>
            </w:r>
          </w:p>
        </w:tc>
        <w:tc>
          <w:tcPr>
            <w:tcW w:w="617" w:type="dxa"/>
            <w:tcBorders/>
          </w:tcPr>
          <w:p>
            <w:pPr>
              <w:pStyle w:val="Normal"/>
              <w:widowControl/>
              <w:bidi w:val="0"/>
              <w:spacing w:lineRule="auto" w:line="276" w:before="0" w:after="200"/>
              <w:jc w:val="start"/>
              <w:rPr/>
            </w:pPr>
            <w:r>
              <w:rPr/>
              <w:t>C12</w:t>
            </w:r>
          </w:p>
        </w:tc>
        <w:tc>
          <w:tcPr>
            <w:tcW w:w="618" w:type="dxa"/>
            <w:tcBorders/>
          </w:tcPr>
          <w:p>
            <w:pPr>
              <w:pStyle w:val="Normal"/>
              <w:widowControl/>
              <w:bidi w:val="0"/>
              <w:spacing w:lineRule="auto" w:line="276" w:before="0" w:after="200"/>
              <w:jc w:val="start"/>
              <w:rPr/>
            </w:pPr>
            <w:r>
              <w:rPr/>
              <w:t>C13</w:t>
            </w:r>
          </w:p>
        </w:tc>
        <w:tc>
          <w:tcPr>
            <w:tcW w:w="617" w:type="dxa"/>
            <w:tcBorders/>
          </w:tcPr>
          <w:p>
            <w:pPr>
              <w:pStyle w:val="Normal"/>
              <w:widowControl/>
              <w:bidi w:val="0"/>
              <w:spacing w:lineRule="auto" w:line="276" w:before="0" w:after="200"/>
              <w:jc w:val="start"/>
              <w:rPr/>
            </w:pPr>
            <w:r>
              <w:rPr/>
              <w:t>C14</w:t>
            </w:r>
          </w:p>
        </w:tc>
      </w:tr>
      <w:tr>
        <w:trPr/>
        <w:tc>
          <w:tcPr>
            <w:tcW w:w="616" w:type="dxa"/>
            <w:tcBorders/>
          </w:tcPr>
          <w:p>
            <w:pPr>
              <w:pStyle w:val="Normal"/>
              <w:widowControl/>
              <w:bidi w:val="0"/>
              <w:spacing w:lineRule="auto" w:line="276" w:before="0" w:after="200"/>
              <w:jc w:val="start"/>
              <w:rPr/>
            </w:pPr>
            <w:r>
              <w:rPr/>
              <w:t>Data</w:t>
            </w:r>
          </w:p>
        </w:tc>
        <w:tc>
          <w:tcPr>
            <w:tcW w:w="618" w:type="dxa"/>
            <w:tcBorders/>
          </w:tcPr>
          <w:p>
            <w:pPr>
              <w:pStyle w:val="Normal"/>
              <w:widowControl/>
              <w:bidi w:val="0"/>
              <w:spacing w:lineRule="auto" w:line="276" w:before="0" w:after="200"/>
              <w:jc w:val="start"/>
              <w:rPr/>
            </w:pPr>
            <w:r>
              <w:rPr/>
              <w:t>Data</w:t>
            </w:r>
          </w:p>
        </w:tc>
        <w:tc>
          <w:tcPr>
            <w:tcW w:w="617" w:type="dxa"/>
            <w:tcBorders/>
          </w:tcPr>
          <w:p>
            <w:pPr>
              <w:pStyle w:val="Normal"/>
              <w:widowControl/>
              <w:bidi w:val="0"/>
              <w:spacing w:lineRule="auto" w:line="276" w:before="0" w:after="200"/>
              <w:jc w:val="start"/>
              <w:rPr/>
            </w:pPr>
            <w:r>
              <w:rPr/>
              <w:t>Data</w:t>
            </w:r>
          </w:p>
        </w:tc>
        <w:tc>
          <w:tcPr>
            <w:tcW w:w="616" w:type="dxa"/>
            <w:tcBorders/>
          </w:tcPr>
          <w:p>
            <w:pPr>
              <w:pStyle w:val="Normal"/>
              <w:widowControl/>
              <w:bidi w:val="0"/>
              <w:spacing w:lineRule="auto" w:line="276" w:before="0" w:after="200"/>
              <w:jc w:val="start"/>
              <w:rPr/>
            </w:pPr>
            <w:r>
              <w:rPr/>
              <w:t>Data</w:t>
            </w:r>
          </w:p>
        </w:tc>
        <w:tc>
          <w:tcPr>
            <w:tcW w:w="617" w:type="dxa"/>
            <w:tcBorders/>
          </w:tcPr>
          <w:p>
            <w:pPr>
              <w:pStyle w:val="Normal"/>
              <w:widowControl/>
              <w:bidi w:val="0"/>
              <w:spacing w:lineRule="auto" w:line="276" w:before="0" w:after="200"/>
              <w:jc w:val="start"/>
              <w:rPr/>
            </w:pPr>
            <w:r>
              <w:rPr/>
              <w:t>Data</w:t>
            </w:r>
          </w:p>
        </w:tc>
        <w:tc>
          <w:tcPr>
            <w:tcW w:w="618" w:type="dxa"/>
            <w:tcBorders/>
          </w:tcPr>
          <w:p>
            <w:pPr>
              <w:pStyle w:val="Normal"/>
              <w:widowControl/>
              <w:bidi w:val="0"/>
              <w:spacing w:lineRule="auto" w:line="276" w:before="0" w:after="200"/>
              <w:jc w:val="start"/>
              <w:rPr/>
            </w:pPr>
            <w:r>
              <w:rPr/>
              <w:t>Data</w:t>
            </w:r>
          </w:p>
        </w:tc>
        <w:tc>
          <w:tcPr>
            <w:tcW w:w="617" w:type="dxa"/>
            <w:tcBorders/>
          </w:tcPr>
          <w:p>
            <w:pPr>
              <w:pStyle w:val="Normal"/>
              <w:widowControl/>
              <w:bidi w:val="0"/>
              <w:spacing w:lineRule="auto" w:line="276" w:before="0" w:after="200"/>
              <w:jc w:val="start"/>
              <w:rPr/>
            </w:pPr>
            <w:r>
              <w:rPr/>
              <w:t>Data</w:t>
            </w:r>
          </w:p>
        </w:tc>
        <w:tc>
          <w:tcPr>
            <w:tcW w:w="616" w:type="dxa"/>
            <w:tcBorders/>
          </w:tcPr>
          <w:p>
            <w:pPr>
              <w:pStyle w:val="Normal"/>
              <w:widowControl/>
              <w:bidi w:val="0"/>
              <w:spacing w:lineRule="auto" w:line="276" w:before="0" w:after="200"/>
              <w:jc w:val="start"/>
              <w:rPr/>
            </w:pPr>
            <w:r>
              <w:rPr/>
              <w:t>Data</w:t>
            </w:r>
          </w:p>
        </w:tc>
        <w:tc>
          <w:tcPr>
            <w:tcW w:w="618" w:type="dxa"/>
            <w:tcBorders/>
          </w:tcPr>
          <w:p>
            <w:pPr>
              <w:pStyle w:val="Normal"/>
              <w:widowControl/>
              <w:bidi w:val="0"/>
              <w:spacing w:lineRule="auto" w:line="276" w:before="0" w:after="200"/>
              <w:jc w:val="start"/>
              <w:rPr/>
            </w:pPr>
            <w:r>
              <w:rPr/>
              <w:t>Data</w:t>
            </w:r>
          </w:p>
        </w:tc>
        <w:tc>
          <w:tcPr>
            <w:tcW w:w="617" w:type="dxa"/>
            <w:tcBorders/>
          </w:tcPr>
          <w:p>
            <w:pPr>
              <w:pStyle w:val="Normal"/>
              <w:widowControl/>
              <w:bidi w:val="0"/>
              <w:spacing w:lineRule="auto" w:line="276" w:before="0" w:after="200"/>
              <w:jc w:val="start"/>
              <w:rPr/>
            </w:pPr>
            <w:r>
              <w:rPr/>
              <w:t>Data</w:t>
            </w:r>
          </w:p>
        </w:tc>
        <w:tc>
          <w:tcPr>
            <w:tcW w:w="616" w:type="dxa"/>
            <w:tcBorders/>
          </w:tcPr>
          <w:p>
            <w:pPr>
              <w:pStyle w:val="Normal"/>
              <w:widowControl/>
              <w:bidi w:val="0"/>
              <w:spacing w:lineRule="auto" w:line="276" w:before="0" w:after="200"/>
              <w:jc w:val="start"/>
              <w:rPr/>
            </w:pPr>
            <w:r>
              <w:rPr/>
              <w:t>Data</w:t>
            </w:r>
          </w:p>
        </w:tc>
        <w:tc>
          <w:tcPr>
            <w:tcW w:w="617" w:type="dxa"/>
            <w:tcBorders/>
          </w:tcPr>
          <w:p>
            <w:pPr>
              <w:pStyle w:val="Normal"/>
              <w:widowControl/>
              <w:bidi w:val="0"/>
              <w:spacing w:lineRule="auto" w:line="276" w:before="0" w:after="200"/>
              <w:jc w:val="start"/>
              <w:rPr/>
            </w:pPr>
            <w:r>
              <w:rPr/>
              <w:t>Data</w:t>
            </w:r>
          </w:p>
        </w:tc>
        <w:tc>
          <w:tcPr>
            <w:tcW w:w="618" w:type="dxa"/>
            <w:tcBorders/>
          </w:tcPr>
          <w:p>
            <w:pPr>
              <w:pStyle w:val="Normal"/>
              <w:widowControl/>
              <w:bidi w:val="0"/>
              <w:spacing w:lineRule="auto" w:line="276" w:before="0" w:after="200"/>
              <w:jc w:val="start"/>
              <w:rPr/>
            </w:pPr>
            <w:r>
              <w:rPr/>
              <w:t>Data</w:t>
            </w:r>
          </w:p>
        </w:tc>
        <w:tc>
          <w:tcPr>
            <w:tcW w:w="617" w:type="dxa"/>
            <w:tcBorders/>
          </w:tcPr>
          <w:p>
            <w:pPr>
              <w:pStyle w:val="Normal"/>
              <w:widowControl/>
              <w:bidi w:val="0"/>
              <w:spacing w:lineRule="auto" w:line="276" w:before="0" w:after="200"/>
              <w:jc w:val="start"/>
              <w:rPr/>
            </w:pPr>
            <w:r>
              <w:rPr/>
              <w:t>Data</w:t>
            </w:r>
          </w:p>
        </w:tc>
      </w:tr>
    </w:tbl>
    <w:p>
      <w:pPr>
        <w:pStyle w:val="Normal"/>
        <w:widowControl/>
        <w:bidi w:val="0"/>
        <w:spacing w:lineRule="auto" w:line="276" w:before="0" w:after="200"/>
        <w:jc w:val="start"/>
        <w:rPr/>
      </w:pPr>
      <w:r>
        <w:rPr/>
        <w:br/>
        <w:t>What to check:</w:t>
        <w:br/>
        <w:t>- Columns should not become extremely narrow</w:t>
        <w:br/>
        <w:t>- Text should wrap normally</w:t>
        <w:br/>
        <w:t>- Tables should not overflow page or be cut off</w:t>
        <w:br/>
      </w:r>
    </w:p>
    <w:sectPr>
      <w:type w:val="nextPage"/>
      <w:pgSz w:w="12240" w:h="15840"/>
      <w:pgMar w:left="1800" w:right="1800" w:gutter="0" w:header="0" w:top="1440" w:footer="0" w:bottom="144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0" w:characterSet="windows-1252"/>
    <w:family w:val="roman"/>
    <w:pitch w:val="variable"/>
  </w:font>
  <w:font w:name="Cambria">
    <w:charset w:val="00" w:characterSet="windows-1252"/>
    <w:family w:val="roman"/>
    <w:pitch w:val="variable"/>
  </w:font>
  <w:font w:name="Calibri">
    <w:charset w:val="00" w:characterSet="windows-1252"/>
    <w:family w:val="roman"/>
    <w:pitch w:val="variable"/>
  </w:font>
  <w:font w:name="Courier">
    <w:altName w:val="Courier New"/>
    <w:charset w:val="00" w:characterSet="windows-1252"/>
    <w:family w:val="roman"/>
    <w:pitch w:val="variable"/>
  </w:font>
  <w:font w:name="Liberation Sans">
    <w:altName w:val="Arial"/>
    <w:charset w:val="00" w:characterSet="windows-1252"/>
    <w:family w:val="swiss"/>
    <w:pitch w:val="variable"/>
  </w:font>
  <w:font w:name="Liberation Mono">
    <w:altName w:val="Courier New"/>
    <w:charset w:val="00" w:characterSet="windows-1252"/>
    <w:family w:val="roman"/>
    <w:pitch w:val="variable"/>
  </w:font>
  <w:font w:name="Impact">
    <w:charset w:val="00" w:characterSet="windows-1252"/>
    <w:family w:val="swiss"/>
    <w:pitch w:val="variable"/>
  </w:font>
  <w:font w:name="Cascadia Code SemiBold">
    <w:charset w:val="00" w:characterSet="windows-1252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bullet"/>
      <w:lvlText w:val=""/>
      <w:lvlJc w:val="start"/>
      <w:pPr>
        <w:tabs>
          <w:tab w:val="num" w:pos="360"/>
        </w:tabs>
        <w:ind w:start="360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start"/>
      <w:pPr>
        <w:tabs>
          <w:tab w:val="num" w:pos="1080"/>
        </w:tabs>
        <w:ind w:start="1080" w:hanging="360"/>
      </w:pPr>
      <w:rPr/>
    </w:lvl>
    <w:lvl w:ilvl="2">
      <w:start w:val="1"/>
      <w:numFmt w:val="decimal"/>
      <w:lvlText w:val="%3."/>
      <w:lvlJc w:val="start"/>
      <w:pPr>
        <w:tabs>
          <w:tab w:val="num" w:pos="1440"/>
        </w:tabs>
        <w:ind w:start="1440" w:hanging="360"/>
      </w:pPr>
      <w:rPr/>
    </w:lvl>
    <w:lvl w:ilvl="3">
      <w:start w:val="1"/>
      <w:numFmt w:val="decimal"/>
      <w:lvlText w:val="%4."/>
      <w:lvlJc w:val="start"/>
      <w:pPr>
        <w:tabs>
          <w:tab w:val="num" w:pos="1800"/>
        </w:tabs>
        <w:ind w:start="1800" w:hanging="360"/>
      </w:pPr>
      <w:rPr/>
    </w:lvl>
    <w:lvl w:ilvl="4">
      <w:start w:val="1"/>
      <w:numFmt w:val="decimal"/>
      <w:lvlText w:val="%5."/>
      <w:lvlJc w:val="start"/>
      <w:pPr>
        <w:tabs>
          <w:tab w:val="num" w:pos="2160"/>
        </w:tabs>
        <w:ind w:start="2160" w:hanging="360"/>
      </w:pPr>
      <w:rPr/>
    </w:lvl>
    <w:lvl w:ilvl="5">
      <w:start w:val="1"/>
      <w:numFmt w:val="decimal"/>
      <w:lvlText w:val="%6."/>
      <w:lvlJc w:val="start"/>
      <w:pPr>
        <w:tabs>
          <w:tab w:val="num" w:pos="2520"/>
        </w:tabs>
        <w:ind w:start="2520" w:hanging="360"/>
      </w:pPr>
      <w:rPr/>
    </w:lvl>
    <w:lvl w:ilvl="6">
      <w:start w:val="1"/>
      <w:numFmt w:val="decimal"/>
      <w:lvlText w:val="%7."/>
      <w:lvlJc w:val="start"/>
      <w:pPr>
        <w:tabs>
          <w:tab w:val="num" w:pos="2880"/>
        </w:tabs>
        <w:ind w:start="2880" w:hanging="360"/>
      </w:pPr>
      <w:rPr/>
    </w:lvl>
    <w:lvl w:ilvl="7">
      <w:start w:val="1"/>
      <w:numFmt w:val="decimal"/>
      <w:lvlText w:val="%8."/>
      <w:lvlJc w:val="start"/>
      <w:pPr>
        <w:tabs>
          <w:tab w:val="num" w:pos="3240"/>
        </w:tabs>
        <w:ind w:start="3240" w:hanging="360"/>
      </w:pPr>
      <w:rPr/>
    </w:lvl>
    <w:lvl w:ilvl="8">
      <w:start w:val="1"/>
      <w:numFmt w:val="decimal"/>
      <w:lvlText w:val="%9."/>
      <w:lvlJc w:val="start"/>
      <w:pPr>
        <w:tabs>
          <w:tab w:val="num" w:pos="3600"/>
        </w:tabs>
        <w:ind w:start="3600" w:hanging="360"/>
      </w:pPr>
      <w:rPr/>
    </w:lvl>
  </w:abstractNum>
  <w:abstractNum w:abstractNumId="2">
    <w:lvl w:ilvl="0">
      <w:start w:val="1"/>
      <w:numFmt w:val="bullet"/>
      <w:lvlText w:val=""/>
      <w:lvlJc w:val="start"/>
      <w:pPr>
        <w:tabs>
          <w:tab w:val="num" w:pos="720"/>
        </w:tabs>
        <w:ind w:start="720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start"/>
      <w:pPr>
        <w:tabs>
          <w:tab w:val="num" w:pos="1080"/>
        </w:tabs>
        <w:ind w:start="1080" w:hanging="360"/>
      </w:pPr>
      <w:rPr/>
    </w:lvl>
    <w:lvl w:ilvl="2">
      <w:start w:val="1"/>
      <w:numFmt w:val="decimal"/>
      <w:lvlText w:val="%3."/>
      <w:lvlJc w:val="start"/>
      <w:pPr>
        <w:tabs>
          <w:tab w:val="num" w:pos="1440"/>
        </w:tabs>
        <w:ind w:start="1440" w:hanging="360"/>
      </w:pPr>
      <w:rPr/>
    </w:lvl>
    <w:lvl w:ilvl="3">
      <w:start w:val="1"/>
      <w:numFmt w:val="decimal"/>
      <w:lvlText w:val="%4."/>
      <w:lvlJc w:val="start"/>
      <w:pPr>
        <w:tabs>
          <w:tab w:val="num" w:pos="1800"/>
        </w:tabs>
        <w:ind w:start="1800" w:hanging="360"/>
      </w:pPr>
      <w:rPr/>
    </w:lvl>
    <w:lvl w:ilvl="4">
      <w:start w:val="1"/>
      <w:numFmt w:val="decimal"/>
      <w:lvlText w:val="%5."/>
      <w:lvlJc w:val="start"/>
      <w:pPr>
        <w:tabs>
          <w:tab w:val="num" w:pos="2160"/>
        </w:tabs>
        <w:ind w:start="2160" w:hanging="360"/>
      </w:pPr>
      <w:rPr/>
    </w:lvl>
    <w:lvl w:ilvl="5">
      <w:start w:val="1"/>
      <w:numFmt w:val="decimal"/>
      <w:lvlText w:val="%6."/>
      <w:lvlJc w:val="start"/>
      <w:pPr>
        <w:tabs>
          <w:tab w:val="num" w:pos="2520"/>
        </w:tabs>
        <w:ind w:start="2520" w:hanging="360"/>
      </w:pPr>
      <w:rPr/>
    </w:lvl>
    <w:lvl w:ilvl="6">
      <w:start w:val="1"/>
      <w:numFmt w:val="decimal"/>
      <w:lvlText w:val="%7."/>
      <w:lvlJc w:val="start"/>
      <w:pPr>
        <w:tabs>
          <w:tab w:val="num" w:pos="2880"/>
        </w:tabs>
        <w:ind w:start="2880" w:hanging="360"/>
      </w:pPr>
      <w:rPr/>
    </w:lvl>
    <w:lvl w:ilvl="7">
      <w:start w:val="1"/>
      <w:numFmt w:val="decimal"/>
      <w:lvlText w:val="%8."/>
      <w:lvlJc w:val="start"/>
      <w:pPr>
        <w:tabs>
          <w:tab w:val="num" w:pos="3240"/>
        </w:tabs>
        <w:ind w:start="3240" w:hanging="360"/>
      </w:pPr>
      <w:rPr/>
    </w:lvl>
    <w:lvl w:ilvl="8">
      <w:start w:val="1"/>
      <w:numFmt w:val="decimal"/>
      <w:lvlText w:val="%9."/>
      <w:lvlJc w:val="start"/>
      <w:pPr>
        <w:tabs>
          <w:tab w:val="num" w:pos="3600"/>
        </w:tabs>
        <w:ind w:start="3600" w:hanging="360"/>
      </w:pPr>
      <w:rPr/>
    </w:lvl>
  </w:abstractNum>
  <w:abstractNum w:abstractNumId="3">
    <w:lvl w:ilvl="0">
      <w:start w:val="1"/>
      <w:numFmt w:val="bullet"/>
      <w:lvlText w:val=""/>
      <w:lvlJc w:val="start"/>
      <w:pPr>
        <w:tabs>
          <w:tab w:val="num" w:pos="1080"/>
        </w:tabs>
        <w:ind w:start="1080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start"/>
      <w:pPr>
        <w:tabs>
          <w:tab w:val="num" w:pos="1080"/>
        </w:tabs>
        <w:ind w:start="1080" w:hanging="360"/>
      </w:pPr>
      <w:rPr/>
    </w:lvl>
    <w:lvl w:ilvl="2">
      <w:start w:val="1"/>
      <w:numFmt w:val="decimal"/>
      <w:lvlText w:val="%3."/>
      <w:lvlJc w:val="start"/>
      <w:pPr>
        <w:tabs>
          <w:tab w:val="num" w:pos="1440"/>
        </w:tabs>
        <w:ind w:start="1440" w:hanging="360"/>
      </w:pPr>
      <w:rPr/>
    </w:lvl>
    <w:lvl w:ilvl="3">
      <w:start w:val="1"/>
      <w:numFmt w:val="decimal"/>
      <w:lvlText w:val="%4."/>
      <w:lvlJc w:val="start"/>
      <w:pPr>
        <w:tabs>
          <w:tab w:val="num" w:pos="1800"/>
        </w:tabs>
        <w:ind w:start="1800" w:hanging="360"/>
      </w:pPr>
      <w:rPr/>
    </w:lvl>
    <w:lvl w:ilvl="4">
      <w:start w:val="1"/>
      <w:numFmt w:val="decimal"/>
      <w:lvlText w:val="%5."/>
      <w:lvlJc w:val="start"/>
      <w:pPr>
        <w:tabs>
          <w:tab w:val="num" w:pos="2160"/>
        </w:tabs>
        <w:ind w:start="2160" w:hanging="360"/>
      </w:pPr>
      <w:rPr/>
    </w:lvl>
    <w:lvl w:ilvl="5">
      <w:start w:val="1"/>
      <w:numFmt w:val="decimal"/>
      <w:lvlText w:val="%6."/>
      <w:lvlJc w:val="start"/>
      <w:pPr>
        <w:tabs>
          <w:tab w:val="num" w:pos="2520"/>
        </w:tabs>
        <w:ind w:start="2520" w:hanging="360"/>
      </w:pPr>
      <w:rPr/>
    </w:lvl>
    <w:lvl w:ilvl="6">
      <w:start w:val="1"/>
      <w:numFmt w:val="decimal"/>
      <w:lvlText w:val="%7."/>
      <w:lvlJc w:val="start"/>
      <w:pPr>
        <w:tabs>
          <w:tab w:val="num" w:pos="2880"/>
        </w:tabs>
        <w:ind w:start="2880" w:hanging="360"/>
      </w:pPr>
      <w:rPr/>
    </w:lvl>
    <w:lvl w:ilvl="7">
      <w:start w:val="1"/>
      <w:numFmt w:val="decimal"/>
      <w:lvlText w:val="%8."/>
      <w:lvlJc w:val="start"/>
      <w:pPr>
        <w:tabs>
          <w:tab w:val="num" w:pos="3240"/>
        </w:tabs>
        <w:ind w:start="3240" w:hanging="360"/>
      </w:pPr>
      <w:rPr/>
    </w:lvl>
    <w:lvl w:ilvl="8">
      <w:start w:val="1"/>
      <w:numFmt w:val="decimal"/>
      <w:lvlText w:val="%9."/>
      <w:lvlJc w:val="start"/>
      <w:pPr>
        <w:tabs>
          <w:tab w:val="num" w:pos="3600"/>
        </w:tabs>
        <w:ind w:start="3600" w:hanging="360"/>
      </w:pPr>
      <w:rPr/>
    </w:lvl>
  </w:abstractNum>
  <w:abstractNum w:abstractNumId="4">
    <w:lvl w:ilvl="0">
      <w:start w:val="1"/>
      <w:numFmt w:val="decimal"/>
      <w:lvlText w:val="%1."/>
      <w:lvlJc w:val="start"/>
      <w:pPr>
        <w:tabs>
          <w:tab w:val="num" w:pos="360"/>
        </w:tabs>
        <w:ind w:start="360" w:hanging="360"/>
      </w:pPr>
      <w:rPr/>
    </w:lvl>
    <w:lvl w:ilvl="1">
      <w:start w:val="1"/>
      <w:numFmt w:val="decimal"/>
      <w:lvlText w:val="%2."/>
      <w:lvlJc w:val="start"/>
      <w:pPr>
        <w:tabs>
          <w:tab w:val="num" w:pos="1080"/>
        </w:tabs>
        <w:ind w:start="1080" w:hanging="360"/>
      </w:pPr>
      <w:rPr/>
    </w:lvl>
    <w:lvl w:ilvl="2">
      <w:start w:val="1"/>
      <w:numFmt w:val="decimal"/>
      <w:lvlText w:val="%3."/>
      <w:lvlJc w:val="start"/>
      <w:pPr>
        <w:tabs>
          <w:tab w:val="num" w:pos="1440"/>
        </w:tabs>
        <w:ind w:start="1440" w:hanging="360"/>
      </w:pPr>
      <w:rPr/>
    </w:lvl>
    <w:lvl w:ilvl="3">
      <w:start w:val="1"/>
      <w:numFmt w:val="decimal"/>
      <w:lvlText w:val="%4."/>
      <w:lvlJc w:val="start"/>
      <w:pPr>
        <w:tabs>
          <w:tab w:val="num" w:pos="1800"/>
        </w:tabs>
        <w:ind w:start="1800" w:hanging="360"/>
      </w:pPr>
      <w:rPr/>
    </w:lvl>
    <w:lvl w:ilvl="4">
      <w:start w:val="1"/>
      <w:numFmt w:val="decimal"/>
      <w:lvlText w:val="%5."/>
      <w:lvlJc w:val="start"/>
      <w:pPr>
        <w:tabs>
          <w:tab w:val="num" w:pos="2160"/>
        </w:tabs>
        <w:ind w:start="2160" w:hanging="360"/>
      </w:pPr>
      <w:rPr/>
    </w:lvl>
    <w:lvl w:ilvl="5">
      <w:start w:val="1"/>
      <w:numFmt w:val="decimal"/>
      <w:lvlText w:val="%6."/>
      <w:lvlJc w:val="start"/>
      <w:pPr>
        <w:tabs>
          <w:tab w:val="num" w:pos="2520"/>
        </w:tabs>
        <w:ind w:start="2520" w:hanging="360"/>
      </w:pPr>
      <w:rPr/>
    </w:lvl>
    <w:lvl w:ilvl="6">
      <w:start w:val="1"/>
      <w:numFmt w:val="decimal"/>
      <w:lvlText w:val="%7."/>
      <w:lvlJc w:val="start"/>
      <w:pPr>
        <w:tabs>
          <w:tab w:val="num" w:pos="2880"/>
        </w:tabs>
        <w:ind w:start="2880" w:hanging="360"/>
      </w:pPr>
      <w:rPr/>
    </w:lvl>
    <w:lvl w:ilvl="7">
      <w:start w:val="1"/>
      <w:numFmt w:val="decimal"/>
      <w:lvlText w:val="%8."/>
      <w:lvlJc w:val="start"/>
      <w:pPr>
        <w:tabs>
          <w:tab w:val="num" w:pos="3240"/>
        </w:tabs>
        <w:ind w:start="3240" w:hanging="360"/>
      </w:pPr>
      <w:rPr/>
    </w:lvl>
    <w:lvl w:ilvl="8">
      <w:start w:val="1"/>
      <w:numFmt w:val="decimal"/>
      <w:lvlText w:val="%9."/>
      <w:lvlJc w:val="start"/>
      <w:pPr>
        <w:tabs>
          <w:tab w:val="num" w:pos="3600"/>
        </w:tabs>
        <w:ind w:start="3600" w:hanging="360"/>
      </w:pPr>
      <w:rPr/>
    </w:lvl>
  </w:abstractNum>
  <w:abstractNum w:abstractNumId="5">
    <w:lvl w:ilvl="0">
      <w:start w:val="1"/>
      <w:numFmt w:val="decimal"/>
      <w:lvlText w:val="%1."/>
      <w:lvlJc w:val="start"/>
      <w:pPr>
        <w:tabs>
          <w:tab w:val="num" w:pos="720"/>
        </w:tabs>
        <w:ind w:start="720" w:hanging="360"/>
      </w:pPr>
      <w:rPr/>
    </w:lvl>
    <w:lvl w:ilvl="1">
      <w:start w:val="1"/>
      <w:numFmt w:val="decimal"/>
      <w:lvlText w:val="%2."/>
      <w:lvlJc w:val="start"/>
      <w:pPr>
        <w:tabs>
          <w:tab w:val="num" w:pos="1080"/>
        </w:tabs>
        <w:ind w:start="1080" w:hanging="360"/>
      </w:pPr>
      <w:rPr/>
    </w:lvl>
    <w:lvl w:ilvl="2">
      <w:start w:val="1"/>
      <w:numFmt w:val="decimal"/>
      <w:lvlText w:val="%3."/>
      <w:lvlJc w:val="start"/>
      <w:pPr>
        <w:tabs>
          <w:tab w:val="num" w:pos="1440"/>
        </w:tabs>
        <w:ind w:start="1440" w:hanging="360"/>
      </w:pPr>
      <w:rPr/>
    </w:lvl>
    <w:lvl w:ilvl="3">
      <w:start w:val="1"/>
      <w:numFmt w:val="decimal"/>
      <w:lvlText w:val="%4."/>
      <w:lvlJc w:val="start"/>
      <w:pPr>
        <w:tabs>
          <w:tab w:val="num" w:pos="1800"/>
        </w:tabs>
        <w:ind w:start="1800" w:hanging="360"/>
      </w:pPr>
      <w:rPr/>
    </w:lvl>
    <w:lvl w:ilvl="4">
      <w:start w:val="1"/>
      <w:numFmt w:val="decimal"/>
      <w:lvlText w:val="%5."/>
      <w:lvlJc w:val="start"/>
      <w:pPr>
        <w:tabs>
          <w:tab w:val="num" w:pos="2160"/>
        </w:tabs>
        <w:ind w:start="2160" w:hanging="360"/>
      </w:pPr>
      <w:rPr/>
    </w:lvl>
    <w:lvl w:ilvl="5">
      <w:start w:val="1"/>
      <w:numFmt w:val="decimal"/>
      <w:lvlText w:val="%6."/>
      <w:lvlJc w:val="start"/>
      <w:pPr>
        <w:tabs>
          <w:tab w:val="num" w:pos="2520"/>
        </w:tabs>
        <w:ind w:start="2520" w:hanging="360"/>
      </w:pPr>
      <w:rPr/>
    </w:lvl>
    <w:lvl w:ilvl="6">
      <w:start w:val="1"/>
      <w:numFmt w:val="decimal"/>
      <w:lvlText w:val="%7."/>
      <w:lvlJc w:val="start"/>
      <w:pPr>
        <w:tabs>
          <w:tab w:val="num" w:pos="2880"/>
        </w:tabs>
        <w:ind w:start="2880" w:hanging="360"/>
      </w:pPr>
      <w:rPr/>
    </w:lvl>
    <w:lvl w:ilvl="7">
      <w:start w:val="1"/>
      <w:numFmt w:val="decimal"/>
      <w:lvlText w:val="%8."/>
      <w:lvlJc w:val="start"/>
      <w:pPr>
        <w:tabs>
          <w:tab w:val="num" w:pos="3240"/>
        </w:tabs>
        <w:ind w:start="3240" w:hanging="360"/>
      </w:pPr>
      <w:rPr/>
    </w:lvl>
    <w:lvl w:ilvl="8">
      <w:start w:val="1"/>
      <w:numFmt w:val="decimal"/>
      <w:lvlText w:val="%9."/>
      <w:lvlJc w:val="start"/>
      <w:pPr>
        <w:tabs>
          <w:tab w:val="num" w:pos="3600"/>
        </w:tabs>
        <w:ind w:start="3600" w:hanging="360"/>
      </w:pPr>
      <w:rPr/>
    </w:lvl>
  </w:abstractNum>
  <w:abstractNum w:abstractNumId="6">
    <w:lvl w:ilvl="0">
      <w:start w:val="1"/>
      <w:numFmt w:val="decimal"/>
      <w:lvlText w:val="%1."/>
      <w:lvlJc w:val="start"/>
      <w:pPr>
        <w:tabs>
          <w:tab w:val="num" w:pos="1080"/>
        </w:tabs>
        <w:ind w:start="1080" w:hanging="360"/>
      </w:pPr>
      <w:rPr/>
    </w:lvl>
    <w:lvl w:ilvl="1">
      <w:start w:val="1"/>
      <w:numFmt w:val="decimal"/>
      <w:lvlText w:val="%2."/>
      <w:lvlJc w:val="start"/>
      <w:pPr>
        <w:tabs>
          <w:tab w:val="num" w:pos="1080"/>
        </w:tabs>
        <w:ind w:start="1080" w:hanging="360"/>
      </w:pPr>
      <w:rPr/>
    </w:lvl>
    <w:lvl w:ilvl="2">
      <w:start w:val="1"/>
      <w:numFmt w:val="decimal"/>
      <w:lvlText w:val="%3."/>
      <w:lvlJc w:val="start"/>
      <w:pPr>
        <w:tabs>
          <w:tab w:val="num" w:pos="1440"/>
        </w:tabs>
        <w:ind w:start="1440" w:hanging="360"/>
      </w:pPr>
      <w:rPr/>
    </w:lvl>
    <w:lvl w:ilvl="3">
      <w:start w:val="1"/>
      <w:numFmt w:val="decimal"/>
      <w:lvlText w:val="%4."/>
      <w:lvlJc w:val="start"/>
      <w:pPr>
        <w:tabs>
          <w:tab w:val="num" w:pos="1800"/>
        </w:tabs>
        <w:ind w:start="1800" w:hanging="360"/>
      </w:pPr>
      <w:rPr/>
    </w:lvl>
    <w:lvl w:ilvl="4">
      <w:start w:val="1"/>
      <w:numFmt w:val="decimal"/>
      <w:lvlText w:val="%5."/>
      <w:lvlJc w:val="start"/>
      <w:pPr>
        <w:tabs>
          <w:tab w:val="num" w:pos="2160"/>
        </w:tabs>
        <w:ind w:start="2160" w:hanging="360"/>
      </w:pPr>
      <w:rPr/>
    </w:lvl>
    <w:lvl w:ilvl="5">
      <w:start w:val="1"/>
      <w:numFmt w:val="decimal"/>
      <w:lvlText w:val="%6."/>
      <w:lvlJc w:val="start"/>
      <w:pPr>
        <w:tabs>
          <w:tab w:val="num" w:pos="2520"/>
        </w:tabs>
        <w:ind w:start="2520" w:hanging="360"/>
      </w:pPr>
      <w:rPr/>
    </w:lvl>
    <w:lvl w:ilvl="6">
      <w:start w:val="1"/>
      <w:numFmt w:val="decimal"/>
      <w:lvlText w:val="%7."/>
      <w:lvlJc w:val="start"/>
      <w:pPr>
        <w:tabs>
          <w:tab w:val="num" w:pos="2880"/>
        </w:tabs>
        <w:ind w:start="2880" w:hanging="360"/>
      </w:pPr>
      <w:rPr/>
    </w:lvl>
    <w:lvl w:ilvl="7">
      <w:start w:val="1"/>
      <w:numFmt w:val="decimal"/>
      <w:lvlText w:val="%8."/>
      <w:lvlJc w:val="start"/>
      <w:pPr>
        <w:tabs>
          <w:tab w:val="num" w:pos="3240"/>
        </w:tabs>
        <w:ind w:start="3240" w:hanging="360"/>
      </w:pPr>
      <w:rPr/>
    </w:lvl>
    <w:lvl w:ilvl="8">
      <w:start w:val="1"/>
      <w:numFmt w:val="decimal"/>
      <w:lvlText w:val="%9."/>
      <w:lvlJc w:val="start"/>
      <w:pPr>
        <w:tabs>
          <w:tab w:val="num" w:pos="3600"/>
        </w:tabs>
        <w:ind w:start="3600" w:hanging="360"/>
      </w:pPr>
      <w:rPr/>
    </w:lvl>
  </w:abstractNum>
  <w:abstractNum w:abstractNumId="7">
    <w:lvl w:ilvl="0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1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2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3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4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5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6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7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8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</w:numbering>
</file>

<file path=word/settings.xml><?xml version="1.0" encoding="utf-8"?>
<w:settings xmlns:w="http://schemas.openxmlformats.org/wordprocessingml/2006/main">
  <w:zoom w:percent="100"/>
  <w:defaultTabStop w:val="720"/>
  <w:autoHyphenation w:val="true"/>
  <w:hyphenationZone w:val="0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en-US" w:eastAsia="ja-JP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mbria" w:hAnsi="Cambria" w:eastAsia="" w:cs="" w:asciiTheme="minorHAnsi" w:cstheme="minorBidi" w:eastAsiaTheme="minorEastAsia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76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fc693f"/>
    <w:pPr>
      <w:widowControl/>
      <w:suppressAutoHyphens w:val="true"/>
      <w:bidi w:val="0"/>
      <w:spacing w:lineRule="auto" w:line="276" w:before="0" w:after="200"/>
      <w:jc w:val="start"/>
    </w:pPr>
    <w:rPr>
      <w:rFonts w:ascii="Cambria" w:hAnsi="Cambria" w:eastAsia="" w:cs="" w:asciiTheme="minorHAnsi" w:cstheme="minorBidi" w:eastAsiaTheme="minorEastAsia" w:hAnsiTheme="minorHAnsi"/>
      <w:color w:val="auto"/>
      <w:kern w:val="0"/>
      <w:sz w:val="22"/>
      <w:szCs w:val="22"/>
      <w:lang w:val="en-US" w:eastAsia="en-US"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 w:val="true"/>
      <w:keepLines/>
      <w:spacing w:before="480" w:after="0"/>
      <w:outlineLvl w:val="0"/>
    </w:pPr>
    <w:rPr>
      <w:rFonts w:ascii="Calibri" w:hAnsi="Calibri" w:eastAsia="" w:cs="" w:asciiTheme="majorHAnsi" w:cstheme="majorBidi" w:eastAsiaTheme="majorEastAsia" w:hAnsiTheme="majorHAnsi"/>
      <w:b/>
      <w:bCs/>
      <w:color w:themeColor="accent1" w:themeShade="bf" w:val="365F91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 w:val="true"/>
      <w:keepLines/>
      <w:spacing w:before="200" w:after="0"/>
      <w:outlineLvl w:val="1"/>
    </w:pPr>
    <w:rPr>
      <w:rFonts w:ascii="Calibri" w:hAnsi="Calibri" w:eastAsia="" w:cs="" w:asciiTheme="majorHAnsi" w:cstheme="majorBidi" w:eastAsiaTheme="majorEastAsia" w:hAnsiTheme="majorHAnsi"/>
      <w:b/>
      <w:bCs/>
      <w:color w:themeColor="accent1" w:val="4F81BD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 w:val="true"/>
      <w:keepLines/>
      <w:spacing w:before="200" w:after="0"/>
      <w:outlineLvl w:val="2"/>
    </w:pPr>
    <w:rPr>
      <w:rFonts w:ascii="Calibri" w:hAnsi="Calibri" w:eastAsia="" w:cs="" w:asciiTheme="majorHAnsi" w:cstheme="majorBidi" w:eastAsiaTheme="majorEastAsia" w:hAnsiTheme="majorHAnsi"/>
      <w:b/>
      <w:bCs/>
      <w:color w:themeColor="accent1" w:val="4F81BD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 w:val="true"/>
      <w:keepLines/>
      <w:spacing w:before="200" w:after="0"/>
      <w:outlineLvl w:val="3"/>
    </w:pPr>
    <w:rPr>
      <w:rFonts w:ascii="Calibri" w:hAnsi="Calibri" w:eastAsia="" w:cs="" w:asciiTheme="majorHAnsi" w:cstheme="majorBidi" w:eastAsiaTheme="majorEastAsia" w:hAnsiTheme="majorHAnsi"/>
      <w:b/>
      <w:bCs/>
      <w:i/>
      <w:iCs/>
      <w:color w:themeColor="accent1" w:val="4F81BD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 w:val="true"/>
      <w:keepLines/>
      <w:spacing w:before="200" w:after="0"/>
      <w:outlineLvl w:val="4"/>
    </w:pPr>
    <w:rPr>
      <w:rFonts w:ascii="Calibri" w:hAnsi="Calibri" w:eastAsia="" w:cs="" w:asciiTheme="majorHAnsi" w:cstheme="majorBidi" w:eastAsiaTheme="majorEastAsia" w:hAnsiTheme="majorHAnsi"/>
      <w:color w:themeColor="accent1" w:themeShade="7f" w:val="243F60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 w:val="true"/>
      <w:keepLines/>
      <w:spacing w:before="200" w:after="0"/>
      <w:outlineLvl w:val="5"/>
    </w:pPr>
    <w:rPr>
      <w:rFonts w:ascii="Calibri" w:hAnsi="Calibri" w:eastAsia="" w:cs="" w:asciiTheme="majorHAnsi" w:cstheme="majorBidi" w:eastAsiaTheme="majorEastAsia" w:hAnsiTheme="majorHAnsi"/>
      <w:i/>
      <w:iCs/>
      <w:color w:themeColor="accent1" w:themeShade="7f" w:val="243F60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 w:val="true"/>
      <w:keepLines/>
      <w:spacing w:before="200" w:after="0"/>
      <w:outlineLvl w:val="6"/>
    </w:pPr>
    <w:rPr>
      <w:rFonts w:ascii="Calibri" w:hAnsi="Calibri" w:eastAsia="" w:cs="" w:asciiTheme="majorHAnsi" w:cstheme="majorBidi" w:eastAsiaTheme="majorEastAsia" w:hAnsiTheme="majorHAnsi"/>
      <w:i/>
      <w:iCs/>
      <w:color w:themeColor="text1" w:themeTint="bf" w:val="404040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 w:val="true"/>
      <w:keepLines/>
      <w:spacing w:before="200" w:after="0"/>
      <w:outlineLvl w:val="7"/>
    </w:pPr>
    <w:rPr>
      <w:rFonts w:ascii="Calibri" w:hAnsi="Calibri" w:eastAsia="" w:cs="" w:asciiTheme="majorHAnsi" w:cstheme="majorBidi" w:eastAsiaTheme="majorEastAsia" w:hAnsiTheme="majorHAnsi"/>
      <w:color w:themeColor="accent1" w:val="4F81BD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 w:val="true"/>
      <w:keepLines/>
      <w:spacing w:before="200" w:after="0"/>
      <w:outlineLvl w:val="8"/>
    </w:pPr>
    <w:rPr>
      <w:rFonts w:ascii="Calibri" w:hAnsi="Calibri" w:eastAsia="" w:cs="" w:asciiTheme="majorHAnsi" w:cstheme="majorBidi" w:eastAsiaTheme="majorEastAsia" w:hAnsiTheme="majorHAnsi"/>
      <w:i/>
      <w:iCs/>
      <w:color w:themeColor="text1" w:themeTint="bf" w:val="404040"/>
      <w:sz w:val="20"/>
      <w:szCs w:val="20"/>
    </w:rPr>
  </w:style>
  <w:style w:type="character" w:styleId="HeaderChar" w:customStyle="1">
    <w:name w:val="Header Char"/>
    <w:basedOn w:val="DefaultParagraphFont"/>
    <w:link w:val="Header"/>
    <w:uiPriority w:val="99"/>
    <w:qFormat/>
    <w:rsid w:val="00e618bf"/>
    <w:rPr/>
  </w:style>
  <w:style w:type="character" w:styleId="FooterChar" w:customStyle="1">
    <w:name w:val="Footer Char"/>
    <w:basedOn w:val="DefaultParagraphFont"/>
    <w:link w:val="Footer"/>
    <w:uiPriority w:val="99"/>
    <w:qFormat/>
    <w:rsid w:val="00e618bf"/>
    <w:rPr/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eading1Char" w:customStyle="1">
    <w:name w:val="Heading 1 Char"/>
    <w:basedOn w:val="DefaultParagraphFont"/>
    <w:link w:val="Heading1"/>
    <w:uiPriority w:val="9"/>
    <w:qFormat/>
    <w:rsid w:val="00fc693f"/>
    <w:rPr>
      <w:rFonts w:ascii="Calibri" w:hAnsi="Calibri" w:eastAsia="" w:cs="" w:asciiTheme="majorHAnsi" w:cstheme="majorBidi" w:eastAsiaTheme="majorEastAsia" w:hAnsiTheme="majorHAnsi"/>
      <w:b/>
      <w:bCs/>
      <w:color w:themeColor="accent1" w:themeShade="bf" w:val="365F91"/>
      <w:sz w:val="28"/>
      <w:szCs w:val="28"/>
    </w:rPr>
  </w:style>
  <w:style w:type="character" w:styleId="Heading2Char" w:customStyle="1">
    <w:name w:val="Heading 2 Char"/>
    <w:basedOn w:val="DefaultParagraphFont"/>
    <w:link w:val="Heading2"/>
    <w:uiPriority w:val="9"/>
    <w:qFormat/>
    <w:rsid w:val="00fc693f"/>
    <w:rPr>
      <w:rFonts w:ascii="Calibri" w:hAnsi="Calibri" w:eastAsia="" w:cs="" w:asciiTheme="majorHAnsi" w:cstheme="majorBidi" w:eastAsiaTheme="majorEastAsia" w:hAnsiTheme="majorHAnsi"/>
      <w:b/>
      <w:bCs/>
      <w:color w:themeColor="accent1" w:val="4F81BD"/>
      <w:sz w:val="26"/>
      <w:szCs w:val="26"/>
    </w:rPr>
  </w:style>
  <w:style w:type="character" w:styleId="Heading3Char" w:customStyle="1">
    <w:name w:val="Heading 3 Char"/>
    <w:basedOn w:val="DefaultParagraphFont"/>
    <w:link w:val="Heading3"/>
    <w:uiPriority w:val="9"/>
    <w:qFormat/>
    <w:rsid w:val="00fc693f"/>
    <w:rPr>
      <w:rFonts w:ascii="Calibri" w:hAnsi="Calibri" w:eastAsia="" w:cs="" w:asciiTheme="majorHAnsi" w:cstheme="majorBidi" w:eastAsiaTheme="majorEastAsia" w:hAnsiTheme="majorHAnsi"/>
      <w:b/>
      <w:bCs/>
      <w:color w:themeColor="accent1" w:val="4F81BD"/>
    </w:rPr>
  </w:style>
  <w:style w:type="character" w:styleId="TitleChar" w:customStyle="1">
    <w:name w:val="Title Char"/>
    <w:basedOn w:val="DefaultParagraphFont"/>
    <w:link w:val="Title"/>
    <w:uiPriority w:val="10"/>
    <w:qFormat/>
    <w:rsid w:val="00fc693f"/>
    <w:rPr>
      <w:rFonts w:ascii="Calibri" w:hAnsi="Calibri" w:eastAsia="" w:cs="" w:asciiTheme="majorHAnsi" w:cstheme="majorBidi" w:eastAsiaTheme="majorEastAsia" w:hAnsiTheme="majorHAnsi"/>
      <w:color w:themeColor="text2" w:themeShade="bf" w:val="17365D"/>
      <w:spacing w:val="5"/>
      <w:kern w:val="2"/>
      <w:sz w:val="52"/>
      <w:szCs w:val="52"/>
    </w:rPr>
  </w:style>
  <w:style w:type="character" w:styleId="SubtitleChar" w:customStyle="1">
    <w:name w:val="Subtitle Char"/>
    <w:basedOn w:val="DefaultParagraphFont"/>
    <w:link w:val="Subtitle"/>
    <w:uiPriority w:val="11"/>
    <w:qFormat/>
    <w:rsid w:val="00fc693f"/>
    <w:rPr>
      <w:rFonts w:ascii="Calibri" w:hAnsi="Calibri" w:eastAsia="" w:cs="" w:asciiTheme="majorHAnsi" w:cstheme="majorBidi" w:eastAsiaTheme="majorEastAsia" w:hAnsiTheme="majorHAnsi"/>
      <w:i/>
      <w:iCs/>
      <w:color w:themeColor="accent1" w:val="4F81BD"/>
      <w:spacing w:val="15"/>
      <w:sz w:val="24"/>
      <w:szCs w:val="24"/>
    </w:rPr>
  </w:style>
  <w:style w:type="character" w:styleId="BodyTextChar" w:customStyle="1">
    <w:name w:val="Body Text Char"/>
    <w:basedOn w:val="DefaultParagraphFont"/>
    <w:uiPriority w:val="99"/>
    <w:qFormat/>
    <w:rsid w:val="00aa1d8d"/>
    <w:rPr/>
  </w:style>
  <w:style w:type="character" w:styleId="BodyText2Char" w:customStyle="1">
    <w:name w:val="Body Text 2 Char"/>
    <w:basedOn w:val="DefaultParagraphFont"/>
    <w:link w:val="BodyText2"/>
    <w:uiPriority w:val="99"/>
    <w:qFormat/>
    <w:rsid w:val="00aa1d8d"/>
    <w:rPr/>
  </w:style>
  <w:style w:type="character" w:styleId="BodyText3Char" w:customStyle="1">
    <w:name w:val="Body Text 3 Char"/>
    <w:basedOn w:val="DefaultParagraphFont"/>
    <w:link w:val="BodyText3"/>
    <w:uiPriority w:val="99"/>
    <w:qFormat/>
    <w:rsid w:val="00aa1d8d"/>
    <w:rPr>
      <w:sz w:val="16"/>
      <w:szCs w:val="16"/>
    </w:rPr>
  </w:style>
  <w:style w:type="character" w:styleId="MacroTextChar" w:customStyle="1">
    <w:name w:val="Macro Text Char"/>
    <w:basedOn w:val="DefaultParagraphFont"/>
    <w:link w:val="MacroText"/>
    <w:uiPriority w:val="99"/>
    <w:qFormat/>
    <w:rsid w:val="0029639d"/>
    <w:rPr>
      <w:rFonts w:ascii="Courier" w:hAnsi="Courier"/>
      <w:sz w:val="20"/>
      <w:szCs w:val="20"/>
    </w:rPr>
  </w:style>
  <w:style w:type="character" w:styleId="QuoteChar" w:customStyle="1">
    <w:name w:val="Quote Char"/>
    <w:basedOn w:val="DefaultParagraphFont"/>
    <w:link w:val="Quote"/>
    <w:uiPriority w:val="29"/>
    <w:qFormat/>
    <w:rsid w:val="00fc693f"/>
    <w:rPr>
      <w:i/>
      <w:iCs/>
      <w:color w:themeColor="text1" w:val="000000"/>
    </w:rPr>
  </w:style>
  <w:style w:type="character" w:styleId="Heading4Char" w:customStyle="1">
    <w:name w:val="Heading 4 Char"/>
    <w:basedOn w:val="DefaultParagraphFont"/>
    <w:link w:val="Heading4"/>
    <w:uiPriority w:val="9"/>
    <w:semiHidden/>
    <w:qFormat/>
    <w:rsid w:val="00fc693f"/>
    <w:rPr>
      <w:rFonts w:ascii="Calibri" w:hAnsi="Calibri" w:eastAsia="" w:cs="" w:asciiTheme="majorHAnsi" w:cstheme="majorBidi" w:eastAsiaTheme="majorEastAsia" w:hAnsiTheme="majorHAnsi"/>
      <w:b/>
      <w:bCs/>
      <w:i/>
      <w:iCs/>
      <w:color w:themeColor="accent1" w:val="4F81BD"/>
    </w:rPr>
  </w:style>
  <w:style w:type="character" w:styleId="Heading5Char" w:customStyle="1">
    <w:name w:val="Heading 5 Char"/>
    <w:basedOn w:val="DefaultParagraphFont"/>
    <w:link w:val="Heading5"/>
    <w:uiPriority w:val="9"/>
    <w:semiHidden/>
    <w:qFormat/>
    <w:rsid w:val="00fc693f"/>
    <w:rPr>
      <w:rFonts w:ascii="Calibri" w:hAnsi="Calibri" w:eastAsia="" w:cs="" w:asciiTheme="majorHAnsi" w:cstheme="majorBidi" w:eastAsiaTheme="majorEastAsia" w:hAnsiTheme="majorHAnsi"/>
      <w:color w:themeColor="accent1" w:themeShade="7f" w:val="243F60"/>
    </w:rPr>
  </w:style>
  <w:style w:type="character" w:styleId="Heading6Char" w:customStyle="1">
    <w:name w:val="Heading 6 Char"/>
    <w:basedOn w:val="DefaultParagraphFont"/>
    <w:link w:val="Heading6"/>
    <w:uiPriority w:val="9"/>
    <w:semiHidden/>
    <w:qFormat/>
    <w:rsid w:val="00fc693f"/>
    <w:rPr>
      <w:rFonts w:ascii="Calibri" w:hAnsi="Calibri" w:eastAsia="" w:cs="" w:asciiTheme="majorHAnsi" w:cstheme="majorBidi" w:eastAsiaTheme="majorEastAsia" w:hAnsiTheme="majorHAnsi"/>
      <w:i/>
      <w:iCs/>
      <w:color w:themeColor="accent1" w:themeShade="7f" w:val="243F60"/>
    </w:rPr>
  </w:style>
  <w:style w:type="character" w:styleId="Heading7Char" w:customStyle="1">
    <w:name w:val="Heading 7 Char"/>
    <w:basedOn w:val="DefaultParagraphFont"/>
    <w:link w:val="Heading7"/>
    <w:uiPriority w:val="9"/>
    <w:semiHidden/>
    <w:qFormat/>
    <w:rsid w:val="00fc693f"/>
    <w:rPr>
      <w:rFonts w:ascii="Calibri" w:hAnsi="Calibri" w:eastAsia="" w:cs="" w:asciiTheme="majorHAnsi" w:cstheme="majorBidi" w:eastAsiaTheme="majorEastAsia" w:hAnsiTheme="majorHAnsi"/>
      <w:i/>
      <w:iCs/>
      <w:color w:themeColor="text1" w:themeTint="bf" w:val="404040"/>
    </w:rPr>
  </w:style>
  <w:style w:type="character" w:styleId="Heading8Char" w:customStyle="1">
    <w:name w:val="Heading 8 Char"/>
    <w:basedOn w:val="DefaultParagraphFont"/>
    <w:link w:val="Heading8"/>
    <w:uiPriority w:val="9"/>
    <w:semiHidden/>
    <w:qFormat/>
    <w:rsid w:val="00fc693f"/>
    <w:rPr>
      <w:rFonts w:ascii="Calibri" w:hAnsi="Calibri" w:eastAsia="" w:cs="" w:asciiTheme="majorHAnsi" w:cstheme="majorBidi" w:eastAsiaTheme="majorEastAsia" w:hAnsiTheme="majorHAnsi"/>
      <w:color w:themeColor="accent1" w:val="4F81BD"/>
      <w:sz w:val="20"/>
      <w:szCs w:val="20"/>
    </w:rPr>
  </w:style>
  <w:style w:type="character" w:styleId="Heading9Char" w:customStyle="1">
    <w:name w:val="Heading 9 Char"/>
    <w:basedOn w:val="DefaultParagraphFont"/>
    <w:link w:val="Heading9"/>
    <w:uiPriority w:val="9"/>
    <w:semiHidden/>
    <w:qFormat/>
    <w:rsid w:val="00fc693f"/>
    <w:rPr>
      <w:rFonts w:ascii="Calibri" w:hAnsi="Calibri" w:eastAsia="" w:cs="" w:asciiTheme="majorHAnsi" w:cstheme="majorBidi" w:eastAsiaTheme="majorEastAsia" w:hAnsiTheme="majorHAnsi"/>
      <w:i/>
      <w:iCs/>
      <w:color w:themeColor="text1" w:themeTint="bf" w:val="404040"/>
      <w:sz w:val="20"/>
      <w:szCs w:val="20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character" w:styleId="IntenseQuoteChar" w:customStyle="1">
    <w:name w:val="Intense Quote Char"/>
    <w:basedOn w:val="DefaultParagraphFont"/>
    <w:link w:val="IntenseQuote"/>
    <w:uiPriority w:val="30"/>
    <w:qFormat/>
    <w:rsid w:val="00fc693f"/>
    <w:rPr>
      <w:b/>
      <w:bCs/>
      <w:i/>
      <w:iCs/>
      <w:color w:themeColor="accent1" w:val="4F81BD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themeColor="text1" w:themeTint="7f" w:val="808080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themeColor="accent1" w:val="4F81BD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themeColor="accent2" w:val="C0504D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themeColor="accent2" w:val="C0504D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Heading">
    <w:name w:val="Heading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before="0" w:after="120"/>
    </w:pPr>
    <w:rPr/>
  </w:style>
  <w:style w:type="paragraph" w:styleId="List">
    <w:name w:val="List"/>
    <w:basedOn w:val="Normal"/>
    <w:uiPriority w:val="99"/>
    <w:unhideWhenUsed/>
    <w:rsid w:val="00aa1d8d"/>
    <w:pPr>
      <w:spacing w:before="0" w:after="200"/>
      <w:ind w:hanging="360" w:start="360"/>
      <w:contextualSpacing/>
    </w:pPr>
    <w:rPr/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Rule="auto" w:line="240"/>
    </w:pPr>
    <w:rPr>
      <w:b/>
      <w:bCs/>
      <w:color w:themeColor="accent1" w:val="4F81BD"/>
      <w:sz w:val="18"/>
      <w:szCs w:val="18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eaderandFooter">
    <w:name w:val="Header and Footer"/>
    <w:basedOn w:val="Normal"/>
    <w:qFormat/>
    <w:pPr/>
    <w:rPr/>
  </w:style>
  <w:style w:type="paragraph" w:styleId="Header">
    <w:name w:val="header"/>
    <w:basedOn w:val="Normal"/>
    <w:link w:val="HeaderChar"/>
    <w:uiPriority w:val="99"/>
    <w:unhideWhenUsed/>
    <w:rsid w:val="00e618bf"/>
    <w:pPr>
      <w:tabs>
        <w:tab w:val="clear" w:pos="720"/>
        <w:tab w:val="center" w:pos="4680" w:leader="none"/>
        <w:tab w:val="right" w:pos="9360" w:leader="none"/>
      </w:tabs>
      <w:spacing w:lineRule="auto" w:line="240" w:before="0" w:after="0"/>
    </w:pPr>
    <w:rPr/>
  </w:style>
  <w:style w:type="paragraph" w:styleId="Footer">
    <w:name w:val="footer"/>
    <w:basedOn w:val="Normal"/>
    <w:link w:val="FooterChar"/>
    <w:uiPriority w:val="99"/>
    <w:unhideWhenUsed/>
    <w:rsid w:val="00e618bf"/>
    <w:pPr>
      <w:tabs>
        <w:tab w:val="clear" w:pos="720"/>
        <w:tab w:val="center" w:pos="4680" w:leader="none"/>
        <w:tab w:val="right" w:pos="9360" w:leader="none"/>
      </w:tabs>
      <w:spacing w:lineRule="auto" w:line="240" w:before="0" w:after="0"/>
    </w:pPr>
    <w:rPr/>
  </w:style>
  <w:style w:type="paragraph" w:styleId="NoSpacing">
    <w:name w:val="No Spacing"/>
    <w:uiPriority w:val="1"/>
    <w:qFormat/>
    <w:rsid w:val="00fc693f"/>
    <w:pPr>
      <w:widowControl/>
      <w:suppressAutoHyphens w:val="true"/>
      <w:bidi w:val="0"/>
      <w:spacing w:lineRule="auto" w:line="240" w:before="0" w:after="0"/>
      <w:jc w:val="start"/>
    </w:pPr>
    <w:rPr>
      <w:rFonts w:ascii="Cambria" w:hAnsi="Cambria" w:eastAsia="" w:cs="" w:asciiTheme="minorHAnsi" w:cstheme="minorBidi" w:eastAsiaTheme="minorEastAsia" w:hAnsiTheme="minorHAnsi"/>
      <w:color w:val="auto"/>
      <w:kern w:val="0"/>
      <w:sz w:val="22"/>
      <w:szCs w:val="22"/>
      <w:lang w:val="en-US" w:eastAsia="en-US" w:bidi="ar-SA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lineRule="auto" w:line="240" w:before="0" w:after="300"/>
      <w:contextualSpacing/>
    </w:pPr>
    <w:rPr>
      <w:rFonts w:ascii="Calibri" w:hAnsi="Calibri" w:eastAsia="" w:cs="" w:asciiTheme="majorHAnsi" w:cstheme="majorBidi" w:eastAsiaTheme="majorEastAsia" w:hAnsiTheme="majorHAnsi"/>
      <w:color w:themeColor="text2" w:themeShade="bf" w:val="17365D"/>
      <w:spacing w:val="5"/>
      <w:kern w:val="2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/>
    <w:rPr>
      <w:rFonts w:ascii="Calibri" w:hAnsi="Calibri" w:eastAsia="" w:cs="" w:asciiTheme="majorHAnsi" w:cstheme="majorBidi" w:eastAsiaTheme="majorEastAsia" w:hAnsiTheme="majorHAnsi"/>
      <w:i/>
      <w:iCs/>
      <w:color w:themeColor="accent1" w:val="4F81BD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spacing w:before="0" w:after="200"/>
      <w:ind w:start="720"/>
      <w:contextualSpacing/>
    </w:pPr>
    <w:rPr/>
  </w:style>
  <w:style w:type="paragraph" w:styleId="BodyText2">
    <w:name w:val="Body Text 2"/>
    <w:basedOn w:val="Normal"/>
    <w:link w:val="BodyText2Char"/>
    <w:uiPriority w:val="99"/>
    <w:unhideWhenUsed/>
    <w:qFormat/>
    <w:rsid w:val="00aa1d8d"/>
    <w:pPr>
      <w:spacing w:lineRule="auto" w:line="480" w:before="0" w:after="120"/>
    </w:pPr>
    <w:rPr/>
  </w:style>
  <w:style w:type="paragraph" w:styleId="BodyText3">
    <w:name w:val="Body Text 3"/>
    <w:basedOn w:val="Normal"/>
    <w:link w:val="BodyText3Char"/>
    <w:uiPriority w:val="99"/>
    <w:unhideWhenUsed/>
    <w:qFormat/>
    <w:rsid w:val="00aa1d8d"/>
    <w:pPr>
      <w:spacing w:before="0" w:after="120"/>
    </w:pPr>
    <w:rPr>
      <w:sz w:val="16"/>
      <w:szCs w:val="16"/>
    </w:rPr>
  </w:style>
  <w:style w:type="paragraph" w:styleId="List2">
    <w:name w:val="List 2"/>
    <w:basedOn w:val="Normal"/>
    <w:uiPriority w:val="99"/>
    <w:unhideWhenUsed/>
    <w:qFormat/>
    <w:rsid w:val="00326f90"/>
    <w:pPr>
      <w:spacing w:before="0" w:after="200"/>
      <w:ind w:hanging="360" w:start="720"/>
      <w:contextualSpacing/>
    </w:pPr>
    <w:rPr/>
  </w:style>
  <w:style w:type="paragraph" w:styleId="List3">
    <w:name w:val="List 3"/>
    <w:basedOn w:val="Normal"/>
    <w:uiPriority w:val="99"/>
    <w:unhideWhenUsed/>
    <w:qFormat/>
    <w:rsid w:val="00326f90"/>
    <w:pPr>
      <w:spacing w:before="0" w:after="200"/>
      <w:ind w:hanging="360" w:start="1080"/>
      <w:contextualSpacing/>
    </w:pPr>
    <w:rPr/>
  </w:style>
  <w:style w:type="paragraph" w:styleId="ListBullet">
    <w:name w:val="List Bullet"/>
    <w:basedOn w:val="Normal"/>
    <w:uiPriority w:val="99"/>
    <w:unhideWhenUsed/>
    <w:rsid w:val="00326f90"/>
    <w:pPr>
      <w:numPr>
        <w:ilvl w:val="0"/>
        <w:numId w:val="1"/>
      </w:numPr>
      <w:spacing w:before="0" w:after="200"/>
      <w:contextualSpacing/>
    </w:pPr>
    <w:rPr/>
  </w:style>
  <w:style w:type="paragraph" w:styleId="ListBullet2">
    <w:name w:val="List Bullet 2"/>
    <w:basedOn w:val="Normal"/>
    <w:uiPriority w:val="99"/>
    <w:unhideWhenUsed/>
    <w:rsid w:val="00326f90"/>
    <w:pPr>
      <w:numPr>
        <w:ilvl w:val="0"/>
        <w:numId w:val="2"/>
      </w:numPr>
      <w:spacing w:before="0" w:after="200"/>
      <w:contextualSpacing/>
    </w:pPr>
    <w:rPr/>
  </w:style>
  <w:style w:type="paragraph" w:styleId="ListBullet3">
    <w:name w:val="List Bullet 3"/>
    <w:basedOn w:val="Normal"/>
    <w:uiPriority w:val="99"/>
    <w:unhideWhenUsed/>
    <w:rsid w:val="00326f90"/>
    <w:pPr>
      <w:numPr>
        <w:ilvl w:val="0"/>
        <w:numId w:val="3"/>
      </w:numPr>
      <w:spacing w:before="0" w:after="200"/>
      <w:contextualSpacing/>
    </w:pPr>
    <w:rPr/>
  </w:style>
  <w:style w:type="paragraph" w:styleId="ListNumber">
    <w:name w:val="List Number"/>
    <w:basedOn w:val="Normal"/>
    <w:uiPriority w:val="99"/>
    <w:unhideWhenUsed/>
    <w:rsid w:val="00326f90"/>
    <w:pPr>
      <w:numPr>
        <w:ilvl w:val="0"/>
        <w:numId w:val="4"/>
      </w:numPr>
      <w:spacing w:before="0" w:after="200"/>
      <w:contextualSpacing/>
    </w:pPr>
    <w:rPr/>
  </w:style>
  <w:style w:type="paragraph" w:styleId="ListNumber2">
    <w:name w:val="List Number 2"/>
    <w:basedOn w:val="Normal"/>
    <w:uiPriority w:val="99"/>
    <w:unhideWhenUsed/>
    <w:rsid w:val="0029639d"/>
    <w:pPr>
      <w:numPr>
        <w:ilvl w:val="0"/>
        <w:numId w:val="5"/>
      </w:numPr>
      <w:spacing w:before="0" w:after="200"/>
      <w:contextualSpacing/>
    </w:pPr>
    <w:rPr/>
  </w:style>
  <w:style w:type="paragraph" w:styleId="ListNumber3">
    <w:name w:val="List Number 3"/>
    <w:basedOn w:val="Normal"/>
    <w:uiPriority w:val="99"/>
    <w:unhideWhenUsed/>
    <w:rsid w:val="0029639d"/>
    <w:pPr>
      <w:numPr>
        <w:ilvl w:val="0"/>
        <w:numId w:val="6"/>
      </w:numPr>
      <w:spacing w:before="0" w:after="200"/>
      <w:contextualSpacing/>
    </w:pPr>
    <w:rPr/>
  </w:style>
  <w:style w:type="paragraph" w:styleId="ListContinue">
    <w:name w:val="List Continue"/>
    <w:basedOn w:val="Normal"/>
    <w:uiPriority w:val="99"/>
    <w:unhideWhenUsed/>
    <w:rsid w:val="0029639d"/>
    <w:pPr>
      <w:spacing w:before="0" w:after="120"/>
      <w:ind w:start="360"/>
      <w:contextualSpacing/>
    </w:pPr>
    <w:rPr/>
  </w:style>
  <w:style w:type="paragraph" w:styleId="ListContinue2">
    <w:name w:val="List Continue 2"/>
    <w:basedOn w:val="Normal"/>
    <w:uiPriority w:val="99"/>
    <w:unhideWhenUsed/>
    <w:rsid w:val="0029639d"/>
    <w:pPr>
      <w:spacing w:before="0" w:after="120"/>
      <w:ind w:start="720"/>
      <w:contextualSpacing/>
    </w:pPr>
    <w:rPr/>
  </w:style>
  <w:style w:type="paragraph" w:styleId="ListContinue3">
    <w:name w:val="List Continue 3"/>
    <w:basedOn w:val="Normal"/>
    <w:uiPriority w:val="99"/>
    <w:unhideWhenUsed/>
    <w:rsid w:val="0029639d"/>
    <w:pPr>
      <w:spacing w:before="0" w:after="120"/>
      <w:ind w:start="1080"/>
      <w:contextualSpacing/>
    </w:pPr>
    <w:rPr/>
  </w:style>
  <w:style w:type="paragraph" w:styleId="MacroText">
    <w:name w:val="macro"/>
    <w:link w:val="MacroTextChar"/>
    <w:uiPriority w:val="99"/>
    <w:unhideWhenUsed/>
    <w:qFormat/>
    <w:rsid w:val="0029639d"/>
    <w:pPr>
      <w:widowControl/>
      <w:tabs>
        <w:tab w:val="clear" w:pos="720"/>
        <w:tab w:val="left" w:pos="576" w:leader="none"/>
        <w:tab w:val="left" w:pos="1152" w:leader="none"/>
        <w:tab w:val="left" w:pos="1728" w:leader="none"/>
        <w:tab w:val="left" w:pos="2304" w:leader="none"/>
        <w:tab w:val="left" w:pos="2880" w:leader="none"/>
        <w:tab w:val="left" w:pos="3456" w:leader="none"/>
        <w:tab w:val="left" w:pos="4032" w:leader="none"/>
      </w:tabs>
      <w:suppressAutoHyphens w:val="true"/>
      <w:bidi w:val="0"/>
      <w:spacing w:lineRule="auto" w:line="276" w:before="0" w:after="200"/>
      <w:jc w:val="start"/>
    </w:pPr>
    <w:rPr>
      <w:rFonts w:ascii="Courier" w:hAnsi="Courier" w:eastAsia="" w:cs="" w:cstheme="minorBidi" w:eastAsiaTheme="minorEastAsia"/>
      <w:color w:val="auto"/>
      <w:kern w:val="0"/>
      <w:sz w:val="20"/>
      <w:szCs w:val="20"/>
      <w:lang w:val="en-US" w:eastAsia="en-US" w:bidi="ar-SA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pPr/>
    <w:rPr>
      <w:i/>
      <w:iCs/>
      <w:color w:themeColor="text1" w:val="000000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start="936" w:end="936"/>
    </w:pPr>
    <w:rPr>
      <w:b/>
      <w:bCs/>
      <w:i/>
      <w:iCs/>
      <w:color w:themeColor="accent1" w:val="4F81BD"/>
    </w:rPr>
  </w:style>
  <w:style w:type="paragraph" w:styleId="IndexHeading">
    <w:name w:val="index heading"/>
    <w:basedOn w:val="Heading"/>
    <w:pPr/>
    <w:rPr/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  <w:rPr/>
  </w:style>
  <w:style w:type="paragraph" w:styleId="PreformattedText">
    <w:name w:val="Preformatted Text"/>
    <w:basedOn w:val="Normal"/>
    <w:qFormat/>
    <w:pPr>
      <w:spacing w:before="0" w:after="0"/>
    </w:pPr>
    <w:rPr>
      <w:rFonts w:ascii="Liberation Mono" w:hAnsi="Liberation Mono" w:eastAsia="Liberation Mono" w:cs="Liberation Mono"/>
      <w:sz w:val="20"/>
      <w:szCs w:val="20"/>
    </w:rPr>
  </w:style>
  <w:style w:type="paragraph" w:styleId="FrameContents">
    <w:name w:val="Frame Contents"/>
    <w:basedOn w:val="Normal"/>
    <w:qFormat/>
    <w:pPr/>
    <w:rPr/>
  </w:style>
  <w:style w:type="paragraph" w:styleId="FrameContentsuser">
    <w:name w:val="Frame Contents (user)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color="000000" w:themeColor="text1" w:sz="8" w:space="0"/>
        <w:bottom w:val="single" w:color="000000" w:themeColor="text1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0000" w:themeColor="text1" w:sz="8" w:space="0"/>
          <w:left w:val="nil"/>
          <w:bottom w:val="single" w:color="000000" w:themeColor="tex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0000" w:themeColor="text1" w:sz="8" w:space="0"/>
          <w:left w:val="nil"/>
          <w:bottom w:val="single" w:color="000000" w:themeColor="tex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color="4F81BD" w:themeColor="accent1" w:sz="8" w:space="0"/>
        <w:bottom w:val="single" w:color="4F81BD" w:themeColor="accent1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4F81BD" w:themeColor="accent1" w:sz="8" w:space="0"/>
          <w:left w:val="nil"/>
          <w:bottom w:val="single" w:color="4F81BD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4F81BD" w:themeColor="accent1" w:sz="8" w:space="0"/>
          <w:left w:val="nil"/>
          <w:bottom w:val="single" w:color="4F81BD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color="C0504D" w:themeColor="accent2" w:sz="8" w:space="0"/>
        <w:bottom w:val="single" w:color="C0504D" w:themeColor="accent2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C0504D" w:themeColor="accent2" w:sz="8" w:space="0"/>
          <w:left w:val="nil"/>
          <w:bottom w:val="single" w:color="C0504D" w:themeColor="accent2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C0504D" w:themeColor="accent2" w:sz="8" w:space="0"/>
          <w:left w:val="nil"/>
          <w:bottom w:val="single" w:color="C0504D" w:themeColor="accent2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color="9BBB59" w:themeColor="accent3" w:sz="8" w:space="0"/>
        <w:bottom w:val="single" w:color="9BBB59" w:themeColor="accent3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9BBB59" w:themeColor="accent3" w:sz="8" w:space="0"/>
          <w:left w:val="nil"/>
          <w:bottom w:val="single" w:color="9BBB59" w:themeColor="accent3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9BBB59" w:themeColor="accent3" w:sz="8" w:space="0"/>
          <w:left w:val="nil"/>
          <w:bottom w:val="single" w:color="9BBB59" w:themeColor="accent3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color="8064A2" w:themeColor="accent4" w:sz="8" w:space="0"/>
        <w:bottom w:val="single" w:color="8064A2" w:themeColor="accent4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8064A2" w:themeColor="accent4" w:sz="8" w:space="0"/>
          <w:left w:val="nil"/>
          <w:bottom w:val="single" w:color="8064A2" w:themeColor="accent4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8064A2" w:themeColor="accent4" w:sz="8" w:space="0"/>
          <w:left w:val="nil"/>
          <w:bottom w:val="single" w:color="8064A2" w:themeColor="accent4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color="4BACC6" w:themeColor="accent5" w:sz="8" w:space="0"/>
        <w:bottom w:val="single" w:color="4BACC6" w:themeColor="accent5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4BACC6" w:themeColor="accent5" w:sz="8" w:space="0"/>
          <w:left w:val="nil"/>
          <w:bottom w:val="single" w:color="4BACC6" w:themeColor="accent5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4BACC6" w:themeColor="accent5" w:sz="8" w:space="0"/>
          <w:left w:val="nil"/>
          <w:bottom w:val="single" w:color="4BACC6" w:themeColor="accent5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color="F79646" w:themeColor="accent6" w:sz="8" w:space="0"/>
        <w:bottom w:val="single" w:color="F79646" w:themeColor="accent6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F79646" w:themeColor="accent6" w:sz="8" w:space="0"/>
          <w:left w:val="nil"/>
          <w:bottom w:val="single" w:color="F79646" w:themeColor="accent6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F79646" w:themeColor="accent6" w:sz="8" w:space="0"/>
          <w:left w:val="nil"/>
          <w:bottom w:val="single" w:color="F79646" w:themeColor="accent6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color="000000" w:themeColor="text1" w:sz="8" w:space="0"/>
        <w:left w:val="single" w:color="000000" w:themeColor="text1" w:sz="8" w:space="0"/>
        <w:bottom w:val="single" w:color="000000" w:themeColor="text1" w:sz="8" w:space="0"/>
        <w:right w:val="single" w:color="000000" w:themeColor="text1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0000" w:themeColor="text1" w:sz="6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top w:val="single" w:color="000000" w:themeColor="text1" w:sz="8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</w:tcBorders>
      </w:tcPr>
    </w:tblStylePr>
    <w:tblStylePr w:type="band1Horz">
      <w:tblPr/>
      <w:tcPr>
        <w:tcBorders>
          <w:top w:val="single" w:color="000000" w:themeColor="text1" w:sz="8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color="4F81BD" w:themeColor="accent1" w:sz="8" w:space="0"/>
        <w:left w:val="single" w:color="4F81BD" w:themeColor="accent1" w:sz="8" w:space="0"/>
        <w:bottom w:val="single" w:color="4F81BD" w:themeColor="accent1" w:sz="8" w:space="0"/>
        <w:right w:val="single" w:color="4F81BD" w:themeColor="accent1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4F81BD" w:themeColor="accent1" w:sz="6" w:space="0"/>
          <w:left w:val="single" w:color="4F81BD" w:themeColor="accent1" w:sz="8" w:space="0"/>
          <w:bottom w:val="single" w:color="4F81BD" w:themeColor="accent1" w:sz="8" w:space="0"/>
          <w:right w:val="single" w:color="4F81BD" w:themeColor="accent1" w:sz="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top w:val="single" w:color="4F81BD" w:themeColor="accent1" w:sz="8" w:space="0"/>
          <w:left w:val="single" w:color="4F81BD" w:themeColor="accent1" w:sz="8" w:space="0"/>
          <w:bottom w:val="single" w:color="4F81BD" w:themeColor="accent1" w:sz="8" w:space="0"/>
          <w:right w:val="single" w:color="4F81BD" w:themeColor="accent1" w:sz="8" w:space="0"/>
        </w:tcBorders>
      </w:tcPr>
    </w:tblStylePr>
    <w:tblStylePr w:type="band1Horz">
      <w:tblPr/>
      <w:tcPr>
        <w:tcBorders>
          <w:top w:val="single" w:color="4F81BD" w:themeColor="accent1" w:sz="8" w:space="0"/>
          <w:left w:val="single" w:color="4F81BD" w:themeColor="accent1" w:sz="8" w:space="0"/>
          <w:bottom w:val="single" w:color="4F81BD" w:themeColor="accent1" w:sz="8" w:space="0"/>
          <w:right w:val="single" w:color="4F81BD" w:themeColor="accent1" w:sz="8" w:space="0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color="C0504D" w:themeColor="accent2" w:sz="8" w:space="0"/>
        <w:left w:val="single" w:color="C0504D" w:themeColor="accent2" w:sz="8" w:space="0"/>
        <w:bottom w:val="single" w:color="C0504D" w:themeColor="accent2" w:sz="8" w:space="0"/>
        <w:right w:val="single" w:color="C0504D" w:themeColor="accent2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C0504D" w:themeColor="accent2" w:sz="6" w:space="0"/>
          <w:left w:val="single" w:color="C0504D" w:themeColor="accent2" w:sz="8" w:space="0"/>
          <w:bottom w:val="single" w:color="C0504D" w:themeColor="accent2" w:sz="8" w:space="0"/>
          <w:right w:val="single" w:color="C0504D" w:themeColor="accent2" w:sz="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top w:val="single" w:color="C0504D" w:themeColor="accent2" w:sz="8" w:space="0"/>
          <w:left w:val="single" w:color="C0504D" w:themeColor="accent2" w:sz="8" w:space="0"/>
          <w:bottom w:val="single" w:color="C0504D" w:themeColor="accent2" w:sz="8" w:space="0"/>
          <w:right w:val="single" w:color="C0504D" w:themeColor="accent2" w:sz="8" w:space="0"/>
        </w:tcBorders>
      </w:tcPr>
    </w:tblStylePr>
    <w:tblStylePr w:type="band1Horz">
      <w:tblPr/>
      <w:tcPr>
        <w:tcBorders>
          <w:top w:val="single" w:color="C0504D" w:themeColor="accent2" w:sz="8" w:space="0"/>
          <w:left w:val="single" w:color="C0504D" w:themeColor="accent2" w:sz="8" w:space="0"/>
          <w:bottom w:val="single" w:color="C0504D" w:themeColor="accent2" w:sz="8" w:space="0"/>
          <w:right w:val="single" w:color="C0504D" w:themeColor="accent2" w:sz="8" w:space="0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color="9BBB59" w:themeColor="accent3" w:sz="8" w:space="0"/>
        <w:left w:val="single" w:color="9BBB59" w:themeColor="accent3" w:sz="8" w:space="0"/>
        <w:bottom w:val="single" w:color="9BBB59" w:themeColor="accent3" w:sz="8" w:space="0"/>
        <w:right w:val="single" w:color="9BBB59" w:themeColor="accent3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BBB59" w:themeColor="accent3" w:sz="6" w:space="0"/>
          <w:left w:val="single" w:color="9BBB59" w:themeColor="accent3" w:sz="8" w:space="0"/>
          <w:bottom w:val="single" w:color="9BBB59" w:themeColor="accent3" w:sz="8" w:space="0"/>
          <w:right w:val="single" w:color="9BBB59" w:themeColor="accent3" w:sz="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top w:val="single" w:color="9BBB59" w:themeColor="accent3" w:sz="8" w:space="0"/>
          <w:left w:val="single" w:color="9BBB59" w:themeColor="accent3" w:sz="8" w:space="0"/>
          <w:bottom w:val="single" w:color="9BBB59" w:themeColor="accent3" w:sz="8" w:space="0"/>
          <w:right w:val="single" w:color="9BBB59" w:themeColor="accent3" w:sz="8" w:space="0"/>
        </w:tcBorders>
      </w:tcPr>
    </w:tblStylePr>
    <w:tblStylePr w:type="band1Horz">
      <w:tblPr/>
      <w:tcPr>
        <w:tcBorders>
          <w:top w:val="single" w:color="9BBB59" w:themeColor="accent3" w:sz="8" w:space="0"/>
          <w:left w:val="single" w:color="9BBB59" w:themeColor="accent3" w:sz="8" w:space="0"/>
          <w:bottom w:val="single" w:color="9BBB59" w:themeColor="accent3" w:sz="8" w:space="0"/>
          <w:right w:val="single" w:color="9BBB59" w:themeColor="accent3" w:sz="8" w:space="0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color="8064A2" w:themeColor="accent4" w:sz="8" w:space="0"/>
        <w:left w:val="single" w:color="8064A2" w:themeColor="accent4" w:sz="8" w:space="0"/>
        <w:bottom w:val="single" w:color="8064A2" w:themeColor="accent4" w:sz="8" w:space="0"/>
        <w:right w:val="single" w:color="8064A2" w:themeColor="accent4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8064A2" w:themeColor="accent4" w:sz="6" w:space="0"/>
          <w:left w:val="single" w:color="8064A2" w:themeColor="accent4" w:sz="8" w:space="0"/>
          <w:bottom w:val="single" w:color="8064A2" w:themeColor="accent4" w:sz="8" w:space="0"/>
          <w:right w:val="single" w:color="8064A2" w:themeColor="accent4" w:sz="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top w:val="single" w:color="8064A2" w:themeColor="accent4" w:sz="8" w:space="0"/>
          <w:left w:val="single" w:color="8064A2" w:themeColor="accent4" w:sz="8" w:space="0"/>
          <w:bottom w:val="single" w:color="8064A2" w:themeColor="accent4" w:sz="8" w:space="0"/>
          <w:right w:val="single" w:color="8064A2" w:themeColor="accent4" w:sz="8" w:space="0"/>
        </w:tcBorders>
      </w:tcPr>
    </w:tblStylePr>
    <w:tblStylePr w:type="band1Horz">
      <w:tblPr/>
      <w:tcPr>
        <w:tcBorders>
          <w:top w:val="single" w:color="8064A2" w:themeColor="accent4" w:sz="8" w:space="0"/>
          <w:left w:val="single" w:color="8064A2" w:themeColor="accent4" w:sz="8" w:space="0"/>
          <w:bottom w:val="single" w:color="8064A2" w:themeColor="accent4" w:sz="8" w:space="0"/>
          <w:right w:val="single" w:color="8064A2" w:themeColor="accent4" w:sz="8" w:space="0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color="4BACC6" w:themeColor="accent5" w:sz="8" w:space="0"/>
        <w:left w:val="single" w:color="4BACC6" w:themeColor="accent5" w:sz="8" w:space="0"/>
        <w:bottom w:val="single" w:color="4BACC6" w:themeColor="accent5" w:sz="8" w:space="0"/>
        <w:right w:val="single" w:color="4BACC6" w:themeColor="accent5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4BACC6" w:themeColor="accent5" w:sz="6" w:space="0"/>
          <w:left w:val="single" w:color="4BACC6" w:themeColor="accent5" w:sz="8" w:space="0"/>
          <w:bottom w:val="single" w:color="4BACC6" w:themeColor="accent5" w:sz="8" w:space="0"/>
          <w:right w:val="single" w:color="4BACC6" w:themeColor="accent5" w:sz="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top w:val="single" w:color="4BACC6" w:themeColor="accent5" w:sz="8" w:space="0"/>
          <w:left w:val="single" w:color="4BACC6" w:themeColor="accent5" w:sz="8" w:space="0"/>
          <w:bottom w:val="single" w:color="4BACC6" w:themeColor="accent5" w:sz="8" w:space="0"/>
          <w:right w:val="single" w:color="4BACC6" w:themeColor="accent5" w:sz="8" w:space="0"/>
        </w:tcBorders>
      </w:tcPr>
    </w:tblStylePr>
    <w:tblStylePr w:type="band1Horz">
      <w:tblPr/>
      <w:tcPr>
        <w:tcBorders>
          <w:top w:val="single" w:color="4BACC6" w:themeColor="accent5" w:sz="8" w:space="0"/>
          <w:left w:val="single" w:color="4BACC6" w:themeColor="accent5" w:sz="8" w:space="0"/>
          <w:bottom w:val="single" w:color="4BACC6" w:themeColor="accent5" w:sz="8" w:space="0"/>
          <w:right w:val="single" w:color="4BACC6" w:themeColor="accent5" w:sz="8" w:space="0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color="F79646" w:themeColor="accent6" w:sz="8" w:space="0"/>
        <w:left w:val="single" w:color="F79646" w:themeColor="accent6" w:sz="8" w:space="0"/>
        <w:bottom w:val="single" w:color="F79646" w:themeColor="accent6" w:sz="8" w:space="0"/>
        <w:right w:val="single" w:color="F79646" w:themeColor="accent6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F79646" w:themeColor="accent6" w:sz="6" w:space="0"/>
          <w:left w:val="single" w:color="F79646" w:themeColor="accent6" w:sz="8" w:space="0"/>
          <w:bottom w:val="single" w:color="F79646" w:themeColor="accent6" w:sz="8" w:space="0"/>
          <w:right w:val="single" w:color="F79646" w:themeColor="accent6" w:sz="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top w:val="single" w:color="F79646" w:themeColor="accent6" w:sz="8" w:space="0"/>
          <w:left w:val="single" w:color="F79646" w:themeColor="accent6" w:sz="8" w:space="0"/>
          <w:bottom w:val="single" w:color="F79646" w:themeColor="accent6" w:sz="8" w:space="0"/>
          <w:right w:val="single" w:color="F79646" w:themeColor="accent6" w:sz="8" w:space="0"/>
        </w:tcBorders>
      </w:tcPr>
    </w:tblStylePr>
    <w:tblStylePr w:type="band1Horz">
      <w:tblPr/>
      <w:tcPr>
        <w:tcBorders>
          <w:top w:val="single" w:color="F79646" w:themeColor="accent6" w:sz="8" w:space="0"/>
          <w:left w:val="single" w:color="F79646" w:themeColor="accent6" w:sz="8" w:space="0"/>
          <w:bottom w:val="single" w:color="F79646" w:themeColor="accent6" w:sz="8" w:space="0"/>
          <w:right w:val="single" w:color="F79646" w:themeColor="accent6" w:sz="8" w:space="0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color="000000" w:themeColor="text1" w:sz="8" w:space="0"/>
        <w:left w:val="single" w:color="000000" w:themeColor="text1" w:sz="8" w:space="0"/>
        <w:bottom w:val="single" w:color="000000" w:themeColor="text1" w:sz="8" w:space="0"/>
        <w:right w:val="single" w:color="000000" w:themeColor="text1" w:sz="8" w:space="0"/>
        <w:insideH w:val="single" w:color="000000" w:themeColor="text1" w:sz="8" w:space="0"/>
        <w:insideV w:val="single" w:color="000000" w:themeColor="text1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0000" w:themeColor="text1" w:sz="8" w:space="0"/>
          <w:left w:val="single" w:color="000000" w:themeColor="text1" w:sz="8" w:space="0"/>
          <w:bottom w:val="single" w:color="000000" w:themeColor="text1" w:sz="18" w:space="0"/>
          <w:right w:val="single" w:color="000000" w:themeColor="text1" w:sz="8" w:space="0"/>
          <w:insideH w:val="nil"/>
          <w:insideV w:val="single" w:color="000000" w:themeColor="tex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0000" w:themeColor="text1" w:sz="6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  <w:insideH w:val="nil"/>
          <w:insideV w:val="single" w:color="000000" w:themeColor="tex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  <w:tblPr/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0000" w:themeColor="text1" w:sz="8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</w:tcBorders>
      </w:tcPr>
    </w:tblStylePr>
    <w:tblStylePr w:type="band1Vert">
      <w:tblPr/>
      <w:tcPr>
        <w:tcBorders>
          <w:top w:val="single" w:color="000000" w:themeColor="text1" w:sz="8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color="000000" w:themeColor="text1" w:sz="8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  <w:insideV w:val="single" w:color="000000" w:themeColor="text1" w:sz="8" w:space="0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color="000000" w:themeColor="text1" w:sz="8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  <w:insideV w:val="single" w:color="000000" w:themeColor="text1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color="4F81BD" w:themeColor="accent1" w:sz="8" w:space="0"/>
        <w:left w:val="single" w:color="4F81BD" w:themeColor="accent1" w:sz="8" w:space="0"/>
        <w:bottom w:val="single" w:color="4F81BD" w:themeColor="accent1" w:sz="8" w:space="0"/>
        <w:right w:val="single" w:color="4F81BD" w:themeColor="accent1" w:sz="8" w:space="0"/>
        <w:insideH w:val="single" w:color="4F81BD" w:themeColor="accent1" w:sz="8" w:space="0"/>
        <w:insideV w:val="single" w:color="4F81BD" w:themeColor="accent1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4F81BD" w:themeColor="accent1" w:sz="8" w:space="0"/>
          <w:left w:val="single" w:color="4F81BD" w:themeColor="accent1" w:sz="8" w:space="0"/>
          <w:bottom w:val="single" w:color="4F81BD" w:themeColor="accent1" w:sz="18" w:space="0"/>
          <w:right w:val="single" w:color="4F81BD" w:themeColor="accent1" w:sz="8" w:space="0"/>
          <w:insideH w:val="nil"/>
          <w:insideV w:val="single" w:color="4F81BD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4F81BD" w:themeColor="accent1" w:sz="6" w:space="0"/>
          <w:left w:val="single" w:color="4F81BD" w:themeColor="accent1" w:sz="8" w:space="0"/>
          <w:bottom w:val="single" w:color="4F81BD" w:themeColor="accent1" w:sz="8" w:space="0"/>
          <w:right w:val="single" w:color="4F81BD" w:themeColor="accent1" w:sz="8" w:space="0"/>
          <w:insideH w:val="nil"/>
          <w:insideV w:val="single" w:color="4F81BD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  <w:tblPr/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4F81BD" w:themeColor="accent1" w:sz="8" w:space="0"/>
          <w:left w:val="single" w:color="4F81BD" w:themeColor="accent1" w:sz="8" w:space="0"/>
          <w:bottom w:val="single" w:color="4F81BD" w:themeColor="accent1" w:sz="8" w:space="0"/>
          <w:right w:val="single" w:color="4F81BD" w:themeColor="accent1" w:sz="8" w:space="0"/>
        </w:tcBorders>
      </w:tcPr>
    </w:tblStylePr>
    <w:tblStylePr w:type="band1Vert">
      <w:tblPr/>
      <w:tcPr>
        <w:tcBorders>
          <w:top w:val="single" w:color="4F81BD" w:themeColor="accent1" w:sz="8" w:space="0"/>
          <w:left w:val="single" w:color="4F81BD" w:themeColor="accent1" w:sz="8" w:space="0"/>
          <w:bottom w:val="single" w:color="4F81BD" w:themeColor="accent1" w:sz="8" w:space="0"/>
          <w:right w:val="single" w:color="4F81BD" w:themeColor="accent1" w:sz="8" w:space="0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color="4F81BD" w:themeColor="accent1" w:sz="8" w:space="0"/>
          <w:left w:val="single" w:color="4F81BD" w:themeColor="accent1" w:sz="8" w:space="0"/>
          <w:bottom w:val="single" w:color="4F81BD" w:themeColor="accent1" w:sz="8" w:space="0"/>
          <w:right w:val="single" w:color="4F81BD" w:themeColor="accent1" w:sz="8" w:space="0"/>
          <w:insideV w:val="single" w:color="4F81BD" w:themeColor="accent1" w:sz="8" w:space="0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color="4F81BD" w:themeColor="accent1" w:sz="8" w:space="0"/>
          <w:left w:val="single" w:color="4F81BD" w:themeColor="accent1" w:sz="8" w:space="0"/>
          <w:bottom w:val="single" w:color="4F81BD" w:themeColor="accent1" w:sz="8" w:space="0"/>
          <w:right w:val="single" w:color="4F81BD" w:themeColor="accent1" w:sz="8" w:space="0"/>
          <w:insideV w:val="single" w:color="4F81BD" w:themeColor="accent1" w:sz="8" w:space="0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color="C0504D" w:themeColor="accent2" w:sz="8" w:space="0"/>
        <w:left w:val="single" w:color="C0504D" w:themeColor="accent2" w:sz="8" w:space="0"/>
        <w:bottom w:val="single" w:color="C0504D" w:themeColor="accent2" w:sz="8" w:space="0"/>
        <w:right w:val="single" w:color="C0504D" w:themeColor="accent2" w:sz="8" w:space="0"/>
        <w:insideH w:val="single" w:color="C0504D" w:themeColor="accent2" w:sz="8" w:space="0"/>
        <w:insideV w:val="single" w:color="C0504D" w:themeColor="accent2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C0504D" w:themeColor="accent2" w:sz="8" w:space="0"/>
          <w:left w:val="single" w:color="C0504D" w:themeColor="accent2" w:sz="8" w:space="0"/>
          <w:bottom w:val="single" w:color="C0504D" w:themeColor="accent2" w:sz="18" w:space="0"/>
          <w:right w:val="single" w:color="C0504D" w:themeColor="accent2" w:sz="8" w:space="0"/>
          <w:insideH w:val="nil"/>
          <w:insideV w:val="single" w:color="C0504D" w:themeColor="accent2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C0504D" w:themeColor="accent2" w:sz="6" w:space="0"/>
          <w:left w:val="single" w:color="C0504D" w:themeColor="accent2" w:sz="8" w:space="0"/>
          <w:bottom w:val="single" w:color="C0504D" w:themeColor="accent2" w:sz="8" w:space="0"/>
          <w:right w:val="single" w:color="C0504D" w:themeColor="accent2" w:sz="8" w:space="0"/>
          <w:insideH w:val="nil"/>
          <w:insideV w:val="single" w:color="C0504D" w:themeColor="accent2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  <w:tblPr/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C0504D" w:themeColor="accent2" w:sz="8" w:space="0"/>
          <w:left w:val="single" w:color="C0504D" w:themeColor="accent2" w:sz="8" w:space="0"/>
          <w:bottom w:val="single" w:color="C0504D" w:themeColor="accent2" w:sz="8" w:space="0"/>
          <w:right w:val="single" w:color="C0504D" w:themeColor="accent2" w:sz="8" w:space="0"/>
        </w:tcBorders>
      </w:tcPr>
    </w:tblStylePr>
    <w:tblStylePr w:type="band1Vert">
      <w:tblPr/>
      <w:tcPr>
        <w:tcBorders>
          <w:top w:val="single" w:color="C0504D" w:themeColor="accent2" w:sz="8" w:space="0"/>
          <w:left w:val="single" w:color="C0504D" w:themeColor="accent2" w:sz="8" w:space="0"/>
          <w:bottom w:val="single" w:color="C0504D" w:themeColor="accent2" w:sz="8" w:space="0"/>
          <w:right w:val="single" w:color="C0504D" w:themeColor="accent2" w:sz="8" w:space="0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color="C0504D" w:themeColor="accent2" w:sz="8" w:space="0"/>
          <w:left w:val="single" w:color="C0504D" w:themeColor="accent2" w:sz="8" w:space="0"/>
          <w:bottom w:val="single" w:color="C0504D" w:themeColor="accent2" w:sz="8" w:space="0"/>
          <w:right w:val="single" w:color="C0504D" w:themeColor="accent2" w:sz="8" w:space="0"/>
          <w:insideV w:val="single" w:color="C0504D" w:themeColor="accent2" w:sz="8" w:space="0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color="C0504D" w:themeColor="accent2" w:sz="8" w:space="0"/>
          <w:left w:val="single" w:color="C0504D" w:themeColor="accent2" w:sz="8" w:space="0"/>
          <w:bottom w:val="single" w:color="C0504D" w:themeColor="accent2" w:sz="8" w:space="0"/>
          <w:right w:val="single" w:color="C0504D" w:themeColor="accent2" w:sz="8" w:space="0"/>
          <w:insideV w:val="single" w:color="C0504D" w:themeColor="accent2" w:sz="8" w:space="0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color="9BBB59" w:themeColor="accent3" w:sz="8" w:space="0"/>
        <w:left w:val="single" w:color="9BBB59" w:themeColor="accent3" w:sz="8" w:space="0"/>
        <w:bottom w:val="single" w:color="9BBB59" w:themeColor="accent3" w:sz="8" w:space="0"/>
        <w:right w:val="single" w:color="9BBB59" w:themeColor="accent3" w:sz="8" w:space="0"/>
        <w:insideH w:val="single" w:color="9BBB59" w:themeColor="accent3" w:sz="8" w:space="0"/>
        <w:insideV w:val="single" w:color="9BBB59" w:themeColor="accent3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9BBB59" w:themeColor="accent3" w:sz="8" w:space="0"/>
          <w:left w:val="single" w:color="9BBB59" w:themeColor="accent3" w:sz="8" w:space="0"/>
          <w:bottom w:val="single" w:color="9BBB59" w:themeColor="accent3" w:sz="18" w:space="0"/>
          <w:right w:val="single" w:color="9BBB59" w:themeColor="accent3" w:sz="8" w:space="0"/>
          <w:insideH w:val="nil"/>
          <w:insideV w:val="single" w:color="9BBB59" w:themeColor="accent3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9BBB59" w:themeColor="accent3" w:sz="6" w:space="0"/>
          <w:left w:val="single" w:color="9BBB59" w:themeColor="accent3" w:sz="8" w:space="0"/>
          <w:bottom w:val="single" w:color="9BBB59" w:themeColor="accent3" w:sz="8" w:space="0"/>
          <w:right w:val="single" w:color="9BBB59" w:themeColor="accent3" w:sz="8" w:space="0"/>
          <w:insideH w:val="nil"/>
          <w:insideV w:val="single" w:color="9BBB59" w:themeColor="accent3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  <w:tblPr/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9BBB59" w:themeColor="accent3" w:sz="8" w:space="0"/>
          <w:left w:val="single" w:color="9BBB59" w:themeColor="accent3" w:sz="8" w:space="0"/>
          <w:bottom w:val="single" w:color="9BBB59" w:themeColor="accent3" w:sz="8" w:space="0"/>
          <w:right w:val="single" w:color="9BBB59" w:themeColor="accent3" w:sz="8" w:space="0"/>
        </w:tcBorders>
      </w:tcPr>
    </w:tblStylePr>
    <w:tblStylePr w:type="band1Vert">
      <w:tblPr/>
      <w:tcPr>
        <w:tcBorders>
          <w:top w:val="single" w:color="9BBB59" w:themeColor="accent3" w:sz="8" w:space="0"/>
          <w:left w:val="single" w:color="9BBB59" w:themeColor="accent3" w:sz="8" w:space="0"/>
          <w:bottom w:val="single" w:color="9BBB59" w:themeColor="accent3" w:sz="8" w:space="0"/>
          <w:right w:val="single" w:color="9BBB59" w:themeColor="accent3" w:sz="8" w:space="0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color="9BBB59" w:themeColor="accent3" w:sz="8" w:space="0"/>
          <w:left w:val="single" w:color="9BBB59" w:themeColor="accent3" w:sz="8" w:space="0"/>
          <w:bottom w:val="single" w:color="9BBB59" w:themeColor="accent3" w:sz="8" w:space="0"/>
          <w:right w:val="single" w:color="9BBB59" w:themeColor="accent3" w:sz="8" w:space="0"/>
          <w:insideV w:val="single" w:color="9BBB59" w:themeColor="accent3" w:sz="8" w:space="0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color="9BBB59" w:themeColor="accent3" w:sz="8" w:space="0"/>
          <w:left w:val="single" w:color="9BBB59" w:themeColor="accent3" w:sz="8" w:space="0"/>
          <w:bottom w:val="single" w:color="9BBB59" w:themeColor="accent3" w:sz="8" w:space="0"/>
          <w:right w:val="single" w:color="9BBB59" w:themeColor="accent3" w:sz="8" w:space="0"/>
          <w:insideV w:val="single" w:color="9BBB59" w:themeColor="accent3" w:sz="8" w:space="0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color="8064A2" w:themeColor="accent4" w:sz="8" w:space="0"/>
        <w:left w:val="single" w:color="8064A2" w:themeColor="accent4" w:sz="8" w:space="0"/>
        <w:bottom w:val="single" w:color="8064A2" w:themeColor="accent4" w:sz="8" w:space="0"/>
        <w:right w:val="single" w:color="8064A2" w:themeColor="accent4" w:sz="8" w:space="0"/>
        <w:insideH w:val="single" w:color="8064A2" w:themeColor="accent4" w:sz="8" w:space="0"/>
        <w:insideV w:val="single" w:color="8064A2" w:themeColor="accent4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8064A2" w:themeColor="accent4" w:sz="8" w:space="0"/>
          <w:left w:val="single" w:color="8064A2" w:themeColor="accent4" w:sz="8" w:space="0"/>
          <w:bottom w:val="single" w:color="8064A2" w:themeColor="accent4" w:sz="18" w:space="0"/>
          <w:right w:val="single" w:color="8064A2" w:themeColor="accent4" w:sz="8" w:space="0"/>
          <w:insideH w:val="nil"/>
          <w:insideV w:val="single" w:color="8064A2" w:themeColor="accent4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8064A2" w:themeColor="accent4" w:sz="6" w:space="0"/>
          <w:left w:val="single" w:color="8064A2" w:themeColor="accent4" w:sz="8" w:space="0"/>
          <w:bottom w:val="single" w:color="8064A2" w:themeColor="accent4" w:sz="8" w:space="0"/>
          <w:right w:val="single" w:color="8064A2" w:themeColor="accent4" w:sz="8" w:space="0"/>
          <w:insideH w:val="nil"/>
          <w:insideV w:val="single" w:color="8064A2" w:themeColor="accent4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  <w:tblPr/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8064A2" w:themeColor="accent4" w:sz="8" w:space="0"/>
          <w:left w:val="single" w:color="8064A2" w:themeColor="accent4" w:sz="8" w:space="0"/>
          <w:bottom w:val="single" w:color="8064A2" w:themeColor="accent4" w:sz="8" w:space="0"/>
          <w:right w:val="single" w:color="8064A2" w:themeColor="accent4" w:sz="8" w:space="0"/>
        </w:tcBorders>
      </w:tcPr>
    </w:tblStylePr>
    <w:tblStylePr w:type="band1Vert">
      <w:tblPr/>
      <w:tcPr>
        <w:tcBorders>
          <w:top w:val="single" w:color="8064A2" w:themeColor="accent4" w:sz="8" w:space="0"/>
          <w:left w:val="single" w:color="8064A2" w:themeColor="accent4" w:sz="8" w:space="0"/>
          <w:bottom w:val="single" w:color="8064A2" w:themeColor="accent4" w:sz="8" w:space="0"/>
          <w:right w:val="single" w:color="8064A2" w:themeColor="accent4" w:sz="8" w:space="0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color="8064A2" w:themeColor="accent4" w:sz="8" w:space="0"/>
          <w:left w:val="single" w:color="8064A2" w:themeColor="accent4" w:sz="8" w:space="0"/>
          <w:bottom w:val="single" w:color="8064A2" w:themeColor="accent4" w:sz="8" w:space="0"/>
          <w:right w:val="single" w:color="8064A2" w:themeColor="accent4" w:sz="8" w:space="0"/>
          <w:insideV w:val="single" w:color="8064A2" w:themeColor="accent4" w:sz="8" w:space="0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color="8064A2" w:themeColor="accent4" w:sz="8" w:space="0"/>
          <w:left w:val="single" w:color="8064A2" w:themeColor="accent4" w:sz="8" w:space="0"/>
          <w:bottom w:val="single" w:color="8064A2" w:themeColor="accent4" w:sz="8" w:space="0"/>
          <w:right w:val="single" w:color="8064A2" w:themeColor="accent4" w:sz="8" w:space="0"/>
          <w:insideV w:val="single" w:color="8064A2" w:themeColor="accent4" w:sz="8" w:space="0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color="4BACC6" w:themeColor="accent5" w:sz="8" w:space="0"/>
        <w:left w:val="single" w:color="4BACC6" w:themeColor="accent5" w:sz="8" w:space="0"/>
        <w:bottom w:val="single" w:color="4BACC6" w:themeColor="accent5" w:sz="8" w:space="0"/>
        <w:right w:val="single" w:color="4BACC6" w:themeColor="accent5" w:sz="8" w:space="0"/>
        <w:insideH w:val="single" w:color="4BACC6" w:themeColor="accent5" w:sz="8" w:space="0"/>
        <w:insideV w:val="single" w:color="4BACC6" w:themeColor="accent5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4BACC6" w:themeColor="accent5" w:sz="8" w:space="0"/>
          <w:left w:val="single" w:color="4BACC6" w:themeColor="accent5" w:sz="8" w:space="0"/>
          <w:bottom w:val="single" w:color="4BACC6" w:themeColor="accent5" w:sz="18" w:space="0"/>
          <w:right w:val="single" w:color="4BACC6" w:themeColor="accent5" w:sz="8" w:space="0"/>
          <w:insideH w:val="nil"/>
          <w:insideV w:val="single" w:color="4BACC6" w:themeColor="accent5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4BACC6" w:themeColor="accent5" w:sz="6" w:space="0"/>
          <w:left w:val="single" w:color="4BACC6" w:themeColor="accent5" w:sz="8" w:space="0"/>
          <w:bottom w:val="single" w:color="4BACC6" w:themeColor="accent5" w:sz="8" w:space="0"/>
          <w:right w:val="single" w:color="4BACC6" w:themeColor="accent5" w:sz="8" w:space="0"/>
          <w:insideH w:val="nil"/>
          <w:insideV w:val="single" w:color="4BACC6" w:themeColor="accent5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  <w:tblPr/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4BACC6" w:themeColor="accent5" w:sz="8" w:space="0"/>
          <w:left w:val="single" w:color="4BACC6" w:themeColor="accent5" w:sz="8" w:space="0"/>
          <w:bottom w:val="single" w:color="4BACC6" w:themeColor="accent5" w:sz="8" w:space="0"/>
          <w:right w:val="single" w:color="4BACC6" w:themeColor="accent5" w:sz="8" w:space="0"/>
        </w:tcBorders>
      </w:tcPr>
    </w:tblStylePr>
    <w:tblStylePr w:type="band1Vert">
      <w:tblPr/>
      <w:tcPr>
        <w:tcBorders>
          <w:top w:val="single" w:color="4BACC6" w:themeColor="accent5" w:sz="8" w:space="0"/>
          <w:left w:val="single" w:color="4BACC6" w:themeColor="accent5" w:sz="8" w:space="0"/>
          <w:bottom w:val="single" w:color="4BACC6" w:themeColor="accent5" w:sz="8" w:space="0"/>
          <w:right w:val="single" w:color="4BACC6" w:themeColor="accent5" w:sz="8" w:space="0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color="4BACC6" w:themeColor="accent5" w:sz="8" w:space="0"/>
          <w:left w:val="single" w:color="4BACC6" w:themeColor="accent5" w:sz="8" w:space="0"/>
          <w:bottom w:val="single" w:color="4BACC6" w:themeColor="accent5" w:sz="8" w:space="0"/>
          <w:right w:val="single" w:color="4BACC6" w:themeColor="accent5" w:sz="8" w:space="0"/>
          <w:insideV w:val="single" w:color="4BACC6" w:themeColor="accent5" w:sz="8" w:space="0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color="4BACC6" w:themeColor="accent5" w:sz="8" w:space="0"/>
          <w:left w:val="single" w:color="4BACC6" w:themeColor="accent5" w:sz="8" w:space="0"/>
          <w:bottom w:val="single" w:color="4BACC6" w:themeColor="accent5" w:sz="8" w:space="0"/>
          <w:right w:val="single" w:color="4BACC6" w:themeColor="accent5" w:sz="8" w:space="0"/>
          <w:insideV w:val="single" w:color="4BACC6" w:themeColor="accent5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color="F79646" w:themeColor="accent6" w:sz="8" w:space="0"/>
        <w:left w:val="single" w:color="F79646" w:themeColor="accent6" w:sz="8" w:space="0"/>
        <w:bottom w:val="single" w:color="F79646" w:themeColor="accent6" w:sz="8" w:space="0"/>
        <w:right w:val="single" w:color="F79646" w:themeColor="accent6" w:sz="8" w:space="0"/>
        <w:insideH w:val="single" w:color="F79646" w:themeColor="accent6" w:sz="8" w:space="0"/>
        <w:insideV w:val="single" w:color="F79646" w:themeColor="accent6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F79646" w:themeColor="accent6" w:sz="8" w:space="0"/>
          <w:left w:val="single" w:color="F79646" w:themeColor="accent6" w:sz="8" w:space="0"/>
          <w:bottom w:val="single" w:color="F79646" w:themeColor="accent6" w:sz="18" w:space="0"/>
          <w:right w:val="single" w:color="F79646" w:themeColor="accent6" w:sz="8" w:space="0"/>
          <w:insideH w:val="nil"/>
          <w:insideV w:val="single" w:color="F79646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F79646" w:themeColor="accent6" w:sz="6" w:space="0"/>
          <w:left w:val="single" w:color="F79646" w:themeColor="accent6" w:sz="8" w:space="0"/>
          <w:bottom w:val="single" w:color="F79646" w:themeColor="accent6" w:sz="8" w:space="0"/>
          <w:right w:val="single" w:color="F79646" w:themeColor="accent6" w:sz="8" w:space="0"/>
          <w:insideH w:val="nil"/>
          <w:insideV w:val="single" w:color="F79646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  <w:tblPr/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F79646" w:themeColor="accent6" w:sz="8" w:space="0"/>
          <w:left w:val="single" w:color="F79646" w:themeColor="accent6" w:sz="8" w:space="0"/>
          <w:bottom w:val="single" w:color="F79646" w:themeColor="accent6" w:sz="8" w:space="0"/>
          <w:right w:val="single" w:color="F79646" w:themeColor="accent6" w:sz="8" w:space="0"/>
        </w:tcBorders>
      </w:tcPr>
    </w:tblStylePr>
    <w:tblStylePr w:type="band1Vert">
      <w:tblPr/>
      <w:tcPr>
        <w:tcBorders>
          <w:top w:val="single" w:color="F79646" w:themeColor="accent6" w:sz="8" w:space="0"/>
          <w:left w:val="single" w:color="F79646" w:themeColor="accent6" w:sz="8" w:space="0"/>
          <w:bottom w:val="single" w:color="F79646" w:themeColor="accent6" w:sz="8" w:space="0"/>
          <w:right w:val="single" w:color="F79646" w:themeColor="accent6" w:sz="8" w:space="0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color="F79646" w:themeColor="accent6" w:sz="8" w:space="0"/>
          <w:left w:val="single" w:color="F79646" w:themeColor="accent6" w:sz="8" w:space="0"/>
          <w:bottom w:val="single" w:color="F79646" w:themeColor="accent6" w:sz="8" w:space="0"/>
          <w:right w:val="single" w:color="F79646" w:themeColor="accent6" w:sz="8" w:space="0"/>
          <w:insideV w:val="single" w:color="F79646" w:themeColor="accent6" w:sz="8" w:space="0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color="F79646" w:themeColor="accent6" w:sz="8" w:space="0"/>
          <w:left w:val="single" w:color="F79646" w:themeColor="accent6" w:sz="8" w:space="0"/>
          <w:bottom w:val="single" w:color="F79646" w:themeColor="accent6" w:sz="8" w:space="0"/>
          <w:right w:val="single" w:color="F79646" w:themeColor="accent6" w:sz="8" w:space="0"/>
          <w:insideV w:val="single" w:color="F79646" w:themeColor="accent6" w:sz="8" w:space="0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color="404040" w:themeColor="text1" w:themeTint="bf" w:sz="8" w:space="0"/>
        <w:left w:val="single" w:color="404040" w:themeColor="text1" w:themeTint="bf" w:sz="8" w:space="0"/>
        <w:bottom w:val="single" w:color="404040" w:themeColor="text1" w:themeTint="bf" w:sz="8" w:space="0"/>
        <w:right w:val="single" w:color="404040" w:themeColor="text1" w:themeTint="bf" w:sz="8" w:space="0"/>
        <w:insideH w:val="single" w:color="404040" w:themeColor="text1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404040" w:themeColor="text1" w:sz="8" w:space="0"/>
          <w:left w:val="single" w:color="404040" w:themeColor="text1" w:sz="8" w:space="0"/>
          <w:bottom w:val="single" w:color="404040" w:themeColor="text1" w:sz="8" w:space="0"/>
          <w:right w:val="single" w:color="404040" w:themeColor="text1" w:sz="8" w:space="0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404040" w:themeColor="text1" w:sz="6" w:space="0"/>
          <w:left w:val="single" w:color="404040" w:themeColor="text1" w:sz="8" w:space="0"/>
          <w:bottom w:val="single" w:color="404040" w:themeColor="text1" w:sz="8" w:space="0"/>
          <w:right w:val="single" w:color="404040" w:themeColor="text1" w:sz="8" w:space="0"/>
          <w:insideH w:val="nil"/>
          <w:insideV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color="7BA0CD" w:themeColor="accent1" w:themeTint="bf" w:sz="8" w:space="0"/>
        <w:left w:val="single" w:color="7BA0CD" w:themeColor="accent1" w:themeTint="bf" w:sz="8" w:space="0"/>
        <w:bottom w:val="single" w:color="7BA0CD" w:themeColor="accent1" w:themeTint="bf" w:sz="8" w:space="0"/>
        <w:right w:val="single" w:color="7BA0CD" w:themeColor="accent1" w:themeTint="bf" w:sz="8" w:space="0"/>
        <w:insideH w:val="single" w:color="7BA0CD" w:themeColor="accent1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7BA0CD" w:themeColor="accent1" w:sz="8" w:space="0"/>
          <w:left w:val="single" w:color="7BA0CD" w:themeColor="accent1" w:sz="8" w:space="0"/>
          <w:bottom w:val="single" w:color="7BA0CD" w:themeColor="accent1" w:sz="8" w:space="0"/>
          <w:right w:val="single" w:color="7BA0CD" w:themeColor="accent1" w:sz="8" w:space="0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BA0CD" w:themeColor="accent1" w:sz="6" w:space="0"/>
          <w:left w:val="single" w:color="7BA0CD" w:themeColor="accent1" w:sz="8" w:space="0"/>
          <w:bottom w:val="single" w:color="7BA0CD" w:themeColor="accent1" w:sz="8" w:space="0"/>
          <w:right w:val="single" w:color="7BA0CD" w:themeColor="accent1" w:sz="8" w:space="0"/>
          <w:insideH w:val="nil"/>
          <w:insideV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color="CF7B79" w:themeColor="accent2" w:themeTint="bf" w:sz="8" w:space="0"/>
        <w:left w:val="single" w:color="CF7B79" w:themeColor="accent2" w:themeTint="bf" w:sz="8" w:space="0"/>
        <w:bottom w:val="single" w:color="CF7B79" w:themeColor="accent2" w:themeTint="bf" w:sz="8" w:space="0"/>
        <w:right w:val="single" w:color="CF7B79" w:themeColor="accent2" w:themeTint="bf" w:sz="8" w:space="0"/>
        <w:insideH w:val="single" w:color="CF7B79" w:themeColor="accent2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CF7B79" w:themeColor="accent2" w:sz="8" w:space="0"/>
          <w:left w:val="single" w:color="CF7B79" w:themeColor="accent2" w:sz="8" w:space="0"/>
          <w:bottom w:val="single" w:color="CF7B79" w:themeColor="accent2" w:sz="8" w:space="0"/>
          <w:right w:val="single" w:color="CF7B79" w:themeColor="accent2" w:sz="8" w:space="0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CF7B79" w:themeColor="accent2" w:sz="6" w:space="0"/>
          <w:left w:val="single" w:color="CF7B79" w:themeColor="accent2" w:sz="8" w:space="0"/>
          <w:bottom w:val="single" w:color="CF7B79" w:themeColor="accent2" w:sz="8" w:space="0"/>
          <w:right w:val="single" w:color="CF7B79" w:themeColor="accent2" w:sz="8" w:space="0"/>
          <w:insideH w:val="nil"/>
          <w:insideV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color="B3CC82" w:themeColor="accent3" w:themeTint="bf" w:sz="8" w:space="0"/>
        <w:left w:val="single" w:color="B3CC82" w:themeColor="accent3" w:themeTint="bf" w:sz="8" w:space="0"/>
        <w:bottom w:val="single" w:color="B3CC82" w:themeColor="accent3" w:themeTint="bf" w:sz="8" w:space="0"/>
        <w:right w:val="single" w:color="B3CC82" w:themeColor="accent3" w:themeTint="bf" w:sz="8" w:space="0"/>
        <w:insideH w:val="single" w:color="B3CC82" w:themeColor="accent3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B3CC82" w:themeColor="accent3" w:sz="8" w:space="0"/>
          <w:left w:val="single" w:color="B3CC82" w:themeColor="accent3" w:sz="8" w:space="0"/>
          <w:bottom w:val="single" w:color="B3CC82" w:themeColor="accent3" w:sz="8" w:space="0"/>
          <w:right w:val="single" w:color="B3CC82" w:themeColor="accent3" w:sz="8" w:space="0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B3CC82" w:themeColor="accent3" w:sz="6" w:space="0"/>
          <w:left w:val="single" w:color="B3CC82" w:themeColor="accent3" w:sz="8" w:space="0"/>
          <w:bottom w:val="single" w:color="B3CC82" w:themeColor="accent3" w:sz="8" w:space="0"/>
          <w:right w:val="single" w:color="B3CC82" w:themeColor="accent3" w:sz="8" w:space="0"/>
          <w:insideH w:val="nil"/>
          <w:insideV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color="9F8AB9" w:themeColor="accent4" w:themeTint="bf" w:sz="8" w:space="0"/>
        <w:left w:val="single" w:color="9F8AB9" w:themeColor="accent4" w:themeTint="bf" w:sz="8" w:space="0"/>
        <w:bottom w:val="single" w:color="9F8AB9" w:themeColor="accent4" w:themeTint="bf" w:sz="8" w:space="0"/>
        <w:right w:val="single" w:color="9F8AB9" w:themeColor="accent4" w:themeTint="bf" w:sz="8" w:space="0"/>
        <w:insideH w:val="single" w:color="9F8AB9" w:themeColor="accent4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F8AB9" w:themeColor="accent4" w:sz="8" w:space="0"/>
          <w:left w:val="single" w:color="9F8AB9" w:themeColor="accent4" w:sz="8" w:space="0"/>
          <w:bottom w:val="single" w:color="9F8AB9" w:themeColor="accent4" w:sz="8" w:space="0"/>
          <w:right w:val="single" w:color="9F8AB9" w:themeColor="accent4" w:sz="8" w:space="0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F8AB9" w:themeColor="accent4" w:sz="6" w:space="0"/>
          <w:left w:val="single" w:color="9F8AB9" w:themeColor="accent4" w:sz="8" w:space="0"/>
          <w:bottom w:val="single" w:color="9F8AB9" w:themeColor="accent4" w:sz="8" w:space="0"/>
          <w:right w:val="single" w:color="9F8AB9" w:themeColor="accent4" w:sz="8" w:space="0"/>
          <w:insideH w:val="nil"/>
          <w:insideV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color="78C0D4" w:themeColor="accent5" w:themeTint="bf" w:sz="8" w:space="0"/>
        <w:left w:val="single" w:color="78C0D4" w:themeColor="accent5" w:themeTint="bf" w:sz="8" w:space="0"/>
        <w:bottom w:val="single" w:color="78C0D4" w:themeColor="accent5" w:themeTint="bf" w:sz="8" w:space="0"/>
        <w:right w:val="single" w:color="78C0D4" w:themeColor="accent5" w:themeTint="bf" w:sz="8" w:space="0"/>
        <w:insideH w:val="single" w:color="78C0D4" w:themeColor="accent5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78C0D4" w:themeColor="accent5" w:sz="8" w:space="0"/>
          <w:left w:val="single" w:color="78C0D4" w:themeColor="accent5" w:sz="8" w:space="0"/>
          <w:bottom w:val="single" w:color="78C0D4" w:themeColor="accent5" w:sz="8" w:space="0"/>
          <w:right w:val="single" w:color="78C0D4" w:themeColor="accent5" w:sz="8" w:space="0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8C0D4" w:themeColor="accent5" w:sz="6" w:space="0"/>
          <w:left w:val="single" w:color="78C0D4" w:themeColor="accent5" w:sz="8" w:space="0"/>
          <w:bottom w:val="single" w:color="78C0D4" w:themeColor="accent5" w:sz="8" w:space="0"/>
          <w:right w:val="single" w:color="78C0D4" w:themeColor="accent5" w:sz="8" w:space="0"/>
          <w:insideH w:val="nil"/>
          <w:insideV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color="F9B074" w:themeColor="accent6" w:themeTint="bf" w:sz="8" w:space="0"/>
        <w:left w:val="single" w:color="F9B074" w:themeColor="accent6" w:themeTint="bf" w:sz="8" w:space="0"/>
        <w:bottom w:val="single" w:color="F9B074" w:themeColor="accent6" w:themeTint="bf" w:sz="8" w:space="0"/>
        <w:right w:val="single" w:color="F9B074" w:themeColor="accent6" w:themeTint="bf" w:sz="8" w:space="0"/>
        <w:insideH w:val="single" w:color="F9B074" w:themeColor="accent6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F9B074" w:themeColor="accent6" w:sz="8" w:space="0"/>
          <w:left w:val="single" w:color="F9B074" w:themeColor="accent6" w:sz="8" w:space="0"/>
          <w:bottom w:val="single" w:color="F9B074" w:themeColor="accent6" w:sz="8" w:space="0"/>
          <w:right w:val="single" w:color="F9B074" w:themeColor="accent6" w:sz="8" w:space="0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F9B074" w:themeColor="accent6" w:sz="6" w:space="0"/>
          <w:left w:val="single" w:color="F9B074" w:themeColor="accent6" w:sz="8" w:space="0"/>
          <w:bottom w:val="single" w:color="F9B074" w:themeColor="accent6" w:sz="8" w:space="0"/>
          <w:right w:val="single" w:color="F9B074" w:themeColor="accent6" w:sz="8" w:space="0"/>
          <w:insideH w:val="nil"/>
          <w:insideV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color="auto" w:sz="18" w:space="0"/>
        <w:bottom w:val="single" w:color="auto" w:sz="1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tblPr/>
      <w:tcPr>
        <w:tcBorders>
          <w:top w:val="double" w:color="auto" w:sz="6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color="auto" w:sz="18" w:space="0"/>
        <w:bottom w:val="single" w:color="auto" w:sz="1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tblPr/>
      <w:tcPr>
        <w:tcBorders>
          <w:top w:val="double" w:color="auto" w:sz="6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color="auto" w:sz="18" w:space="0"/>
        <w:bottom w:val="single" w:color="auto" w:sz="1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tblPr/>
      <w:tcPr>
        <w:tcBorders>
          <w:top w:val="double" w:color="auto" w:sz="6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color="auto" w:sz="18" w:space="0"/>
        <w:bottom w:val="single" w:color="auto" w:sz="1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tblPr/>
      <w:tcPr>
        <w:tcBorders>
          <w:top w:val="double" w:color="auto" w:sz="6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color="auto" w:sz="18" w:space="0"/>
        <w:bottom w:val="single" w:color="auto" w:sz="1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tblPr/>
      <w:tcPr>
        <w:tcBorders>
          <w:top w:val="double" w:color="auto" w:sz="6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color="auto" w:sz="18" w:space="0"/>
        <w:bottom w:val="single" w:color="auto" w:sz="1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tblPr/>
      <w:tcPr>
        <w:tcBorders>
          <w:top w:val="double" w:color="auto" w:sz="6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color="auto" w:sz="18" w:space="0"/>
        <w:bottom w:val="single" w:color="auto" w:sz="1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tblPr/>
      <w:tcPr>
        <w:tcBorders>
          <w:top w:val="double" w:color="auto" w:sz="6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color="000000" w:themeColor="text1" w:sz="8" w:space="0"/>
        <w:bottom w:val="single" w:color="000000" w:themeColor="text1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hAnsiTheme="majorHAnsi" w:eastAsiaTheme="majorEastAsia" w:cstheme="majorBidi"/>
      </w:rPr>
      <w:tblPr/>
      <w:tcPr>
        <w:tcBorders>
          <w:top w:val="nil"/>
          <w:bottom w:val="single" w:color="000000" w:themeColor="text1" w:sz="8" w:space="0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color="000000" w:themeColor="text1" w:sz="8" w:space="0"/>
          <w:bottom w:val="single" w:color="000000" w:themeColor="text1" w:sz="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  <w:tcPr>
        <w:tcBorders>
          <w:top w:val="single" w:color="000000" w:themeColor="text1" w:sz="8" w:space="0"/>
          <w:bottom w:val="single" w:color="000000" w:themeColor="text1" w:sz="8" w:space="0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color="4F81BD" w:themeColor="accent1" w:sz="8" w:space="0"/>
        <w:bottom w:val="single" w:color="4F81BD" w:themeColor="accent1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hAnsiTheme="majorHAnsi" w:eastAsiaTheme="majorEastAsia" w:cstheme="majorBidi"/>
      </w:rPr>
      <w:tblPr/>
      <w:tcPr>
        <w:tcBorders>
          <w:top w:val="nil"/>
          <w:bottom w:val="single" w:color="4F81BD" w:themeColor="accent1" w:sz="8" w:space="0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color="4F81BD" w:themeColor="accent1" w:sz="8" w:space="0"/>
          <w:bottom w:val="single" w:color="4F81BD" w:themeColor="accent1" w:sz="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  <w:tcPr>
        <w:tcBorders>
          <w:top w:val="single" w:color="4F81BD" w:themeColor="accent1" w:sz="8" w:space="0"/>
          <w:bottom w:val="single" w:color="4F81BD" w:themeColor="accent1" w:sz="8" w:space="0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color="C0504D" w:themeColor="accent2" w:sz="8" w:space="0"/>
        <w:bottom w:val="single" w:color="C0504D" w:themeColor="accent2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hAnsiTheme="majorHAnsi" w:eastAsiaTheme="majorEastAsia" w:cstheme="majorBidi"/>
      </w:rPr>
      <w:tblPr/>
      <w:tcPr>
        <w:tcBorders>
          <w:top w:val="nil"/>
          <w:bottom w:val="single" w:color="C0504D" w:themeColor="accent2" w:sz="8" w:space="0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color="C0504D" w:themeColor="accent2" w:sz="8" w:space="0"/>
          <w:bottom w:val="single" w:color="C0504D" w:themeColor="accent2" w:sz="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  <w:tcPr>
        <w:tcBorders>
          <w:top w:val="single" w:color="C0504D" w:themeColor="accent2" w:sz="8" w:space="0"/>
          <w:bottom w:val="single" w:color="C0504D" w:themeColor="accent2" w:sz="8" w:space="0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color="9BBB59" w:themeColor="accent3" w:sz="8" w:space="0"/>
        <w:bottom w:val="single" w:color="9BBB59" w:themeColor="accent3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hAnsiTheme="majorHAnsi" w:eastAsiaTheme="majorEastAsia" w:cstheme="majorBidi"/>
      </w:rPr>
      <w:tblPr/>
      <w:tcPr>
        <w:tcBorders>
          <w:top w:val="nil"/>
          <w:bottom w:val="single" w:color="9BBB59" w:themeColor="accent3" w:sz="8" w:space="0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color="9BBB59" w:themeColor="accent3" w:sz="8" w:space="0"/>
          <w:bottom w:val="single" w:color="9BBB59" w:themeColor="accent3" w:sz="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  <w:tcPr>
        <w:tcBorders>
          <w:top w:val="single" w:color="9BBB59" w:themeColor="accent3" w:sz="8" w:space="0"/>
          <w:bottom w:val="single" w:color="9BBB59" w:themeColor="accent3" w:sz="8" w:space="0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color="8064A2" w:themeColor="accent4" w:sz="8" w:space="0"/>
        <w:bottom w:val="single" w:color="8064A2" w:themeColor="accent4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hAnsiTheme="majorHAnsi" w:eastAsiaTheme="majorEastAsia" w:cstheme="majorBidi"/>
      </w:rPr>
      <w:tblPr/>
      <w:tcPr>
        <w:tcBorders>
          <w:top w:val="nil"/>
          <w:bottom w:val="single" w:color="8064A2" w:themeColor="accent4" w:sz="8" w:space="0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color="8064A2" w:themeColor="accent4" w:sz="8" w:space="0"/>
          <w:bottom w:val="single" w:color="8064A2" w:themeColor="accent4" w:sz="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  <w:tcPr>
        <w:tcBorders>
          <w:top w:val="single" w:color="8064A2" w:themeColor="accent4" w:sz="8" w:space="0"/>
          <w:bottom w:val="single" w:color="8064A2" w:themeColor="accent4" w:sz="8" w:space="0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color="4BACC6" w:themeColor="accent5" w:sz="8" w:space="0"/>
        <w:bottom w:val="single" w:color="4BACC6" w:themeColor="accent5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hAnsiTheme="majorHAnsi" w:eastAsiaTheme="majorEastAsia" w:cstheme="majorBidi"/>
      </w:rPr>
      <w:tblPr/>
      <w:tcPr>
        <w:tcBorders>
          <w:top w:val="nil"/>
          <w:bottom w:val="single" w:color="4BACC6" w:themeColor="accent5" w:sz="8" w:space="0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color="4BACC6" w:themeColor="accent5" w:sz="8" w:space="0"/>
          <w:bottom w:val="single" w:color="4BACC6" w:themeColor="accent5" w:sz="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  <w:tcPr>
        <w:tcBorders>
          <w:top w:val="single" w:color="4BACC6" w:themeColor="accent5" w:sz="8" w:space="0"/>
          <w:bottom w:val="single" w:color="4BACC6" w:themeColor="accent5" w:sz="8" w:space="0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color="F79646" w:themeColor="accent6" w:sz="8" w:space="0"/>
        <w:bottom w:val="single" w:color="F79646" w:themeColor="accent6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hAnsiTheme="majorHAnsi" w:eastAsiaTheme="majorEastAsia" w:cstheme="majorBidi"/>
      </w:rPr>
      <w:tblPr/>
      <w:tcPr>
        <w:tcBorders>
          <w:top w:val="nil"/>
          <w:bottom w:val="single" w:color="F79646" w:themeColor="accent6" w:sz="8" w:space="0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color="F79646" w:themeColor="accent6" w:sz="8" w:space="0"/>
          <w:bottom w:val="single" w:color="F79646" w:themeColor="accent6" w:sz="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  <w:tcPr>
        <w:tcBorders>
          <w:top w:val="single" w:color="F79646" w:themeColor="accent6" w:sz="8" w:space="0"/>
          <w:bottom w:val="single" w:color="F79646" w:themeColor="accent6" w:sz="8" w:space="0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</w:rPr>
    <w:tblPr>
      <w:tblStyleRowBandSize w:val="1"/>
      <w:tblStyleColBandSize w:val="1"/>
      <w:tblBorders>
        <w:top w:val="single" w:color="000000" w:themeColor="text1" w:sz="8" w:space="0"/>
        <w:left w:val="single" w:color="000000" w:themeColor="text1" w:sz="8" w:space="0"/>
        <w:bottom w:val="single" w:color="000000" w:themeColor="text1" w:sz="8" w:space="0"/>
        <w:right w:val="single" w:color="000000" w:themeColor="text1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color="000000" w:themeColor="text1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color="000000" w:themeColor="text1" w:sz="8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color="000000" w:themeColor="text1" w:sz="8" w:space="0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color="000000" w:themeColor="text1" w:sz="8" w:space="0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</w:rPr>
    <w:tblPr>
      <w:tblStyleRowBandSize w:val="1"/>
      <w:tblStyleColBandSize w:val="1"/>
      <w:tblBorders>
        <w:top w:val="single" w:color="4F81BD" w:themeColor="accent1" w:sz="8" w:space="0"/>
        <w:left w:val="single" w:color="4F81BD" w:themeColor="accent1" w:sz="8" w:space="0"/>
        <w:bottom w:val="single" w:color="4F81BD" w:themeColor="accent1" w:sz="8" w:space="0"/>
        <w:right w:val="single" w:color="4F81BD" w:themeColor="accent1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color="4F81BD" w:themeColor="accent1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color="4F81BD" w:themeColor="accent1" w:sz="8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color="4F81BD" w:themeColor="accent1" w:sz="8" w:space="0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color="4F81BD" w:themeColor="accent1" w:sz="8" w:space="0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</w:rPr>
    <w:tblPr>
      <w:tblStyleRowBandSize w:val="1"/>
      <w:tblStyleColBandSize w:val="1"/>
      <w:tblBorders>
        <w:top w:val="single" w:color="C0504D" w:themeColor="accent2" w:sz="8" w:space="0"/>
        <w:left w:val="single" w:color="C0504D" w:themeColor="accent2" w:sz="8" w:space="0"/>
        <w:bottom w:val="single" w:color="C0504D" w:themeColor="accent2" w:sz="8" w:space="0"/>
        <w:right w:val="single" w:color="C0504D" w:themeColor="accent2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color="C0504D" w:themeColor="accent2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color="C0504D" w:themeColor="accent2" w:sz="8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color="C0504D" w:themeColor="accent2" w:sz="8" w:space="0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color="C0504D" w:themeColor="accent2" w:sz="8" w:space="0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</w:rPr>
    <w:tblPr>
      <w:tblStyleRowBandSize w:val="1"/>
      <w:tblStyleColBandSize w:val="1"/>
      <w:tblBorders>
        <w:top w:val="single" w:color="9BBB59" w:themeColor="accent3" w:sz="8" w:space="0"/>
        <w:left w:val="single" w:color="9BBB59" w:themeColor="accent3" w:sz="8" w:space="0"/>
        <w:bottom w:val="single" w:color="9BBB59" w:themeColor="accent3" w:sz="8" w:space="0"/>
        <w:right w:val="single" w:color="9BBB59" w:themeColor="accent3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color="9BBB59" w:themeColor="accent3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color="9BBB59" w:themeColor="accent3" w:sz="8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color="9BBB59" w:themeColor="accent3" w:sz="8" w:space="0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color="9BBB59" w:themeColor="accent3" w:sz="8" w:space="0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</w:rPr>
    <w:tblPr>
      <w:tblStyleRowBandSize w:val="1"/>
      <w:tblStyleColBandSize w:val="1"/>
      <w:tblBorders>
        <w:top w:val="single" w:color="8064A2" w:themeColor="accent4" w:sz="8" w:space="0"/>
        <w:left w:val="single" w:color="8064A2" w:themeColor="accent4" w:sz="8" w:space="0"/>
        <w:bottom w:val="single" w:color="8064A2" w:themeColor="accent4" w:sz="8" w:space="0"/>
        <w:right w:val="single" w:color="8064A2" w:themeColor="accent4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color="8064A2" w:themeColor="accent4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color="8064A2" w:themeColor="accent4" w:sz="8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color="8064A2" w:themeColor="accent4" w:sz="8" w:space="0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color="8064A2" w:themeColor="accent4" w:sz="8" w:space="0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</w:rPr>
    <w:tblPr>
      <w:tblStyleRowBandSize w:val="1"/>
      <w:tblStyleColBandSize w:val="1"/>
      <w:tblBorders>
        <w:top w:val="single" w:color="4BACC6" w:themeColor="accent5" w:sz="8" w:space="0"/>
        <w:left w:val="single" w:color="4BACC6" w:themeColor="accent5" w:sz="8" w:space="0"/>
        <w:bottom w:val="single" w:color="4BACC6" w:themeColor="accent5" w:sz="8" w:space="0"/>
        <w:right w:val="single" w:color="4BACC6" w:themeColor="accent5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color="4BACC6" w:themeColor="accent5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color="4BACC6" w:themeColor="accent5" w:sz="8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color="4BACC6" w:themeColor="accent5" w:sz="8" w:space="0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color="4BACC6" w:themeColor="accent5" w:sz="8" w:space="0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</w:rPr>
    <w:tblPr>
      <w:tblStyleRowBandSize w:val="1"/>
      <w:tblStyleColBandSize w:val="1"/>
      <w:tblBorders>
        <w:top w:val="single" w:color="F79646" w:themeColor="accent6" w:sz="8" w:space="0"/>
        <w:left w:val="single" w:color="F79646" w:themeColor="accent6" w:sz="8" w:space="0"/>
        <w:bottom w:val="single" w:color="F79646" w:themeColor="accent6" w:sz="8" w:space="0"/>
        <w:right w:val="single" w:color="F79646" w:themeColor="accent6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color="F79646" w:themeColor="accent6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color="F79646" w:themeColor="accent6" w:sz="8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color="F79646" w:themeColor="accent6" w:sz="8" w:space="0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color="F79646" w:themeColor="accent6" w:sz="8" w:space="0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color="404040" w:themeColor="text1" w:themeTint="bf" w:sz="8" w:space="0"/>
        <w:left w:val="single" w:color="404040" w:themeColor="text1" w:themeTint="bf" w:sz="8" w:space="0"/>
        <w:bottom w:val="single" w:color="404040" w:themeColor="text1" w:themeTint="bf" w:sz="8" w:space="0"/>
        <w:right w:val="single" w:color="404040" w:themeColor="text1" w:themeTint="bf" w:sz="8" w:space="0"/>
        <w:insideH w:val="single" w:color="404040" w:themeColor="text1" w:themeTint="bf" w:sz="8" w:space="0"/>
        <w:insideV w:val="single" w:color="404040" w:themeColor="text1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</w:rPr>
      <w:tblPr/>
    </w:tblStylePr>
    <w:tblStylePr w:type="lastRow">
      <w:rPr>
        <w:b/>
        <w:bCs/>
      </w:rPr>
      <w:tblPr/>
      <w:tcPr>
        <w:tcBorders>
          <w:top w:val="single" w:color="404040" w:themeColor="text1" w:sz="1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color="7BA0CD" w:themeColor="accent1" w:themeTint="bf" w:sz="8" w:space="0"/>
        <w:left w:val="single" w:color="7BA0CD" w:themeColor="accent1" w:themeTint="bf" w:sz="8" w:space="0"/>
        <w:bottom w:val="single" w:color="7BA0CD" w:themeColor="accent1" w:themeTint="bf" w:sz="8" w:space="0"/>
        <w:right w:val="single" w:color="7BA0CD" w:themeColor="accent1" w:themeTint="bf" w:sz="8" w:space="0"/>
        <w:insideH w:val="single" w:color="7BA0CD" w:themeColor="accent1" w:themeTint="bf" w:sz="8" w:space="0"/>
        <w:insideV w:val="single" w:color="7BA0CD" w:themeColor="accent1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</w:rPr>
      <w:tblPr/>
    </w:tblStylePr>
    <w:tblStylePr w:type="lastRow">
      <w:rPr>
        <w:b/>
        <w:bCs/>
      </w:rPr>
      <w:tblPr/>
      <w:tcPr>
        <w:tcBorders>
          <w:top w:val="single" w:color="7BA0CD" w:themeColor="accent1" w:sz="1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color="CF7B79" w:themeColor="accent2" w:themeTint="bf" w:sz="8" w:space="0"/>
        <w:left w:val="single" w:color="CF7B79" w:themeColor="accent2" w:themeTint="bf" w:sz="8" w:space="0"/>
        <w:bottom w:val="single" w:color="CF7B79" w:themeColor="accent2" w:themeTint="bf" w:sz="8" w:space="0"/>
        <w:right w:val="single" w:color="CF7B79" w:themeColor="accent2" w:themeTint="bf" w:sz="8" w:space="0"/>
        <w:insideH w:val="single" w:color="CF7B79" w:themeColor="accent2" w:themeTint="bf" w:sz="8" w:space="0"/>
        <w:insideV w:val="single" w:color="CF7B79" w:themeColor="accent2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  <w:tblPr/>
    </w:tblStylePr>
    <w:tblStylePr w:type="lastRow">
      <w:rPr>
        <w:b/>
        <w:bCs/>
      </w:rPr>
      <w:tblPr/>
      <w:tcPr>
        <w:tcBorders>
          <w:top w:val="single" w:color="CF7B79" w:themeColor="accent2" w:sz="1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color="B3CC82" w:themeColor="accent3" w:themeTint="bf" w:sz="8" w:space="0"/>
        <w:left w:val="single" w:color="B3CC82" w:themeColor="accent3" w:themeTint="bf" w:sz="8" w:space="0"/>
        <w:bottom w:val="single" w:color="B3CC82" w:themeColor="accent3" w:themeTint="bf" w:sz="8" w:space="0"/>
        <w:right w:val="single" w:color="B3CC82" w:themeColor="accent3" w:themeTint="bf" w:sz="8" w:space="0"/>
        <w:insideH w:val="single" w:color="B3CC82" w:themeColor="accent3" w:themeTint="bf" w:sz="8" w:space="0"/>
        <w:insideV w:val="single" w:color="B3CC82" w:themeColor="accent3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</w:rPr>
      <w:tblPr/>
    </w:tblStylePr>
    <w:tblStylePr w:type="lastRow">
      <w:rPr>
        <w:b/>
        <w:bCs/>
      </w:rPr>
      <w:tblPr/>
      <w:tcPr>
        <w:tcBorders>
          <w:top w:val="single" w:color="B3CC82" w:themeColor="accent3" w:sz="1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color="9F8AB9" w:themeColor="accent4" w:themeTint="bf" w:sz="8" w:space="0"/>
        <w:left w:val="single" w:color="9F8AB9" w:themeColor="accent4" w:themeTint="bf" w:sz="8" w:space="0"/>
        <w:bottom w:val="single" w:color="9F8AB9" w:themeColor="accent4" w:themeTint="bf" w:sz="8" w:space="0"/>
        <w:right w:val="single" w:color="9F8AB9" w:themeColor="accent4" w:themeTint="bf" w:sz="8" w:space="0"/>
        <w:insideH w:val="single" w:color="9F8AB9" w:themeColor="accent4" w:themeTint="bf" w:sz="8" w:space="0"/>
        <w:insideV w:val="single" w:color="9F8AB9" w:themeColor="accent4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</w:rPr>
      <w:tblPr/>
    </w:tblStylePr>
    <w:tblStylePr w:type="lastRow">
      <w:rPr>
        <w:b/>
        <w:bCs/>
      </w:rPr>
      <w:tblPr/>
      <w:tcPr>
        <w:tcBorders>
          <w:top w:val="single" w:color="9F8AB9" w:themeColor="accent4" w:sz="1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color="78C0D4" w:themeColor="accent5" w:themeTint="bf" w:sz="8" w:space="0"/>
        <w:left w:val="single" w:color="78C0D4" w:themeColor="accent5" w:themeTint="bf" w:sz="8" w:space="0"/>
        <w:bottom w:val="single" w:color="78C0D4" w:themeColor="accent5" w:themeTint="bf" w:sz="8" w:space="0"/>
        <w:right w:val="single" w:color="78C0D4" w:themeColor="accent5" w:themeTint="bf" w:sz="8" w:space="0"/>
        <w:insideH w:val="single" w:color="78C0D4" w:themeColor="accent5" w:themeTint="bf" w:sz="8" w:space="0"/>
        <w:insideV w:val="single" w:color="78C0D4" w:themeColor="accent5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</w:rPr>
      <w:tblPr/>
    </w:tblStylePr>
    <w:tblStylePr w:type="lastRow">
      <w:rPr>
        <w:b/>
        <w:bCs/>
      </w:rPr>
      <w:tblPr/>
      <w:tcPr>
        <w:tcBorders>
          <w:top w:val="single" w:color="78C0D4" w:themeColor="accent5" w:sz="1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color="F9B074" w:themeColor="accent6" w:themeTint="bf" w:sz="8" w:space="0"/>
        <w:left w:val="single" w:color="F9B074" w:themeColor="accent6" w:themeTint="bf" w:sz="8" w:space="0"/>
        <w:bottom w:val="single" w:color="F9B074" w:themeColor="accent6" w:themeTint="bf" w:sz="8" w:space="0"/>
        <w:right w:val="single" w:color="F9B074" w:themeColor="accent6" w:themeTint="bf" w:sz="8" w:space="0"/>
        <w:insideH w:val="single" w:color="F9B074" w:themeColor="accent6" w:themeTint="bf" w:sz="8" w:space="0"/>
        <w:insideV w:val="single" w:color="F9B074" w:themeColor="accent6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</w:rPr>
      <w:tblPr/>
    </w:tblStylePr>
    <w:tblStylePr w:type="lastRow">
      <w:rPr>
        <w:b/>
        <w:bCs/>
      </w:rPr>
      <w:tblPr/>
      <w:tcPr>
        <w:tcBorders>
          <w:top w:val="single" w:color="F9B074" w:themeColor="accent6" w:sz="1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</w:rPr>
    <w:tblPr>
      <w:tblStyleRowBandSize w:val="1"/>
      <w:tblStyleColBandSize w:val="1"/>
      <w:tblBorders>
        <w:top w:val="single" w:color="000000" w:themeColor="text1" w:sz="8" w:space="0"/>
        <w:left w:val="single" w:color="000000" w:themeColor="text1" w:sz="8" w:space="0"/>
        <w:bottom w:val="single" w:color="000000" w:themeColor="text1" w:sz="8" w:space="0"/>
        <w:right w:val="single" w:color="000000" w:themeColor="text1" w:sz="8" w:space="0"/>
        <w:insideH w:val="single" w:color="000000" w:themeColor="text1" w:sz="8" w:space="0"/>
        <w:insideV w:val="single" w:color="000000" w:themeColor="text1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color="000000" w:themeColor="text1" w:sz="12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color="000000" w:themeColor="text1" w:sz="6" w:space="0"/>
          <w:insideV w:val="single" w:color="000000" w:themeColor="text1" w:sz="6" w:space="0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</w:rPr>
    <w:tblPr>
      <w:tblStyleRowBandSize w:val="1"/>
      <w:tblStyleColBandSize w:val="1"/>
      <w:tblBorders>
        <w:top w:val="single" w:color="4F81BD" w:themeColor="accent1" w:sz="8" w:space="0"/>
        <w:left w:val="single" w:color="4F81BD" w:themeColor="accent1" w:sz="8" w:space="0"/>
        <w:bottom w:val="single" w:color="4F81BD" w:themeColor="accent1" w:sz="8" w:space="0"/>
        <w:right w:val="single" w:color="4F81BD" w:themeColor="accent1" w:sz="8" w:space="0"/>
        <w:insideH w:val="single" w:color="4F81BD" w:themeColor="accent1" w:sz="8" w:space="0"/>
        <w:insideV w:val="single" w:color="4F81BD" w:themeColor="accent1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color="000000" w:themeColor="text1" w:sz="12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color="4F81BD" w:themeColor="accent1" w:sz="6" w:space="0"/>
          <w:insideV w:val="single" w:color="4F81BD" w:themeColor="accent1" w:sz="6" w:space="0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</w:rPr>
    <w:tblPr>
      <w:tblStyleRowBandSize w:val="1"/>
      <w:tblStyleColBandSize w:val="1"/>
      <w:tblBorders>
        <w:top w:val="single" w:color="C0504D" w:themeColor="accent2" w:sz="8" w:space="0"/>
        <w:left w:val="single" w:color="C0504D" w:themeColor="accent2" w:sz="8" w:space="0"/>
        <w:bottom w:val="single" w:color="C0504D" w:themeColor="accent2" w:sz="8" w:space="0"/>
        <w:right w:val="single" w:color="C0504D" w:themeColor="accent2" w:sz="8" w:space="0"/>
        <w:insideH w:val="single" w:color="C0504D" w:themeColor="accent2" w:sz="8" w:space="0"/>
        <w:insideV w:val="single" w:color="C0504D" w:themeColor="accent2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color="000000" w:themeColor="text1" w:sz="12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color="C0504D" w:themeColor="accent2" w:sz="6" w:space="0"/>
          <w:insideV w:val="single" w:color="C0504D" w:themeColor="accent2" w:sz="6" w:space="0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</w:rPr>
    <w:tblPr>
      <w:tblStyleRowBandSize w:val="1"/>
      <w:tblStyleColBandSize w:val="1"/>
      <w:tblBorders>
        <w:top w:val="single" w:color="9BBB59" w:themeColor="accent3" w:sz="8" w:space="0"/>
        <w:left w:val="single" w:color="9BBB59" w:themeColor="accent3" w:sz="8" w:space="0"/>
        <w:bottom w:val="single" w:color="9BBB59" w:themeColor="accent3" w:sz="8" w:space="0"/>
        <w:right w:val="single" w:color="9BBB59" w:themeColor="accent3" w:sz="8" w:space="0"/>
        <w:insideH w:val="single" w:color="9BBB59" w:themeColor="accent3" w:sz="8" w:space="0"/>
        <w:insideV w:val="single" w:color="9BBB59" w:themeColor="accent3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color="000000" w:themeColor="text1" w:sz="12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color="9BBB59" w:themeColor="accent3" w:sz="6" w:space="0"/>
          <w:insideV w:val="single" w:color="9BBB59" w:themeColor="accent3" w:sz="6" w:space="0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</w:rPr>
    <w:tblPr>
      <w:tblStyleRowBandSize w:val="1"/>
      <w:tblStyleColBandSize w:val="1"/>
      <w:tblBorders>
        <w:top w:val="single" w:color="8064A2" w:themeColor="accent4" w:sz="8" w:space="0"/>
        <w:left w:val="single" w:color="8064A2" w:themeColor="accent4" w:sz="8" w:space="0"/>
        <w:bottom w:val="single" w:color="8064A2" w:themeColor="accent4" w:sz="8" w:space="0"/>
        <w:right w:val="single" w:color="8064A2" w:themeColor="accent4" w:sz="8" w:space="0"/>
        <w:insideH w:val="single" w:color="8064A2" w:themeColor="accent4" w:sz="8" w:space="0"/>
        <w:insideV w:val="single" w:color="8064A2" w:themeColor="accent4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color="000000" w:themeColor="text1" w:sz="12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color="8064A2" w:themeColor="accent4" w:sz="6" w:space="0"/>
          <w:insideV w:val="single" w:color="8064A2" w:themeColor="accent4" w:sz="6" w:space="0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</w:rPr>
    <w:tblPr>
      <w:tblStyleRowBandSize w:val="1"/>
      <w:tblStyleColBandSize w:val="1"/>
      <w:tblBorders>
        <w:top w:val="single" w:color="4BACC6" w:themeColor="accent5" w:sz="8" w:space="0"/>
        <w:left w:val="single" w:color="4BACC6" w:themeColor="accent5" w:sz="8" w:space="0"/>
        <w:bottom w:val="single" w:color="4BACC6" w:themeColor="accent5" w:sz="8" w:space="0"/>
        <w:right w:val="single" w:color="4BACC6" w:themeColor="accent5" w:sz="8" w:space="0"/>
        <w:insideH w:val="single" w:color="4BACC6" w:themeColor="accent5" w:sz="8" w:space="0"/>
        <w:insideV w:val="single" w:color="4BACC6" w:themeColor="accent5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color="000000" w:themeColor="text1" w:sz="12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color="4BACC6" w:themeColor="accent5" w:sz="6" w:space="0"/>
          <w:insideV w:val="single" w:color="4BACC6" w:themeColor="accent5" w:sz="6" w:space="0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</w:rPr>
    <w:tblPr>
      <w:tblStyleRowBandSize w:val="1"/>
      <w:tblStyleColBandSize w:val="1"/>
      <w:tblBorders>
        <w:top w:val="single" w:color="F79646" w:themeColor="accent6" w:sz="8" w:space="0"/>
        <w:left w:val="single" w:color="F79646" w:themeColor="accent6" w:sz="8" w:space="0"/>
        <w:bottom w:val="single" w:color="F79646" w:themeColor="accent6" w:sz="8" w:space="0"/>
        <w:right w:val="single" w:color="F79646" w:themeColor="accent6" w:sz="8" w:space="0"/>
        <w:insideH w:val="single" w:color="F79646" w:themeColor="accent6" w:sz="8" w:space="0"/>
        <w:insideV w:val="single" w:color="F79646" w:themeColor="accent6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color="000000" w:themeColor="text1" w:sz="12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color="F79646" w:themeColor="accent6" w:sz="6" w:space="0"/>
          <w:insideV w:val="single" w:color="F79646" w:themeColor="accent6" w:sz="6" w:space="0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color="FFFFFF" w:themeColor="background1" w:sz="8" w:space="0"/>
        <w:left w:val="single" w:color="FFFFFF" w:themeColor="background1" w:sz="8" w:space="0"/>
        <w:bottom w:val="single" w:color="FFFFFF" w:themeColor="background1" w:sz="8" w:space="0"/>
        <w:right w:val="single" w:color="FFFFFF" w:themeColor="background1" w:sz="8" w:space="0"/>
        <w:insideH w:val="single" w:color="FFFFFF" w:themeColor="background1" w:sz="6" w:space="0"/>
        <w:insideV w:val="single" w:color="FFFFFF" w:themeColor="background1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i w:val="0"/>
        <w:color w:val="ffffff" w:themeColor="background1"/>
      </w:rPr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24" w:space="0"/>
          <w:right w:val="single" w:color="FFFFFF" w:themeColor="background1" w:sz="8" w:space="0"/>
          <w:insideH w:val="nil"/>
          <w:insideV w:val="single" w:color="FFFFFF" w:themeColor="background1" w:sz="8" w:space="0"/>
        </w:tcBorders>
        <w:shd w:val="clear" w:color="auto" w:fill="000000" w:themeFill="text1"/>
      </w:tcPr>
    </w:tblStylePr>
    <w:tblStylePr w:type="lastRow">
      <w:rPr>
        <w:b/>
        <w:bCs/>
        <w:i w:val="0"/>
        <w:color w:val="ffffff" w:themeColor="background1"/>
      </w:rPr>
      <w:tblPr/>
      <w:tcPr>
        <w:tcBorders>
          <w:top w:val="single" w:color="FFFFFF" w:themeColor="background1" w:sz="24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single" w:color="FFFFFF" w:themeColor="background1" w:sz="8" w:space="0"/>
        </w:tcBorders>
        <w:shd w:val="clear" w:color="auto" w:fill="000000" w:themeFill="text1"/>
      </w:tcPr>
    </w:tblStylePr>
    <w:tblStylePr w:type="firstCol">
      <w:rPr>
        <w:b/>
        <w:bCs/>
        <w:i w:val="0"/>
        <w:color w:val="ffffff" w:themeColor="background1"/>
      </w:rPr>
      <w:tblPr/>
      <w:tcPr>
        <w:tcBorders>
          <w:left w:val="single" w:color="FFFFFF" w:themeColor="background1" w:sz="8" w:space="0"/>
          <w:right w:val="single" w:color="FFFFFF" w:themeColor="background1" w:sz="24" w:space="0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color w:val="ffffff" w:themeColor="background1"/>
      </w:rPr>
      <w:tblPr/>
      <w:tcPr>
        <w:tcBorders>
          <w:top w:val="nil"/>
          <w:left w:val="single" w:color="FFFFFF" w:themeColor="background1" w:sz="24" w:space="0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single" w:color="FFFFFF" w:themeColor="background1" w:sz="8" w:space="0"/>
          <w:insideV w:val="single" w:color="FFFFFF" w:themeColor="background1" w:sz="8" w:space="0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color="FFFFFF" w:themeColor="background1" w:sz="8" w:space="0"/>
        <w:left w:val="single" w:color="FFFFFF" w:themeColor="background1" w:sz="8" w:space="0"/>
        <w:bottom w:val="single" w:color="FFFFFF" w:themeColor="background1" w:sz="8" w:space="0"/>
        <w:right w:val="single" w:color="FFFFFF" w:themeColor="background1" w:sz="8" w:space="0"/>
        <w:insideH w:val="single" w:color="FFFFFF" w:themeColor="background1" w:sz="6" w:space="0"/>
        <w:insideV w:val="single" w:color="FFFFFF" w:themeColor="background1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color w:val="ffffff" w:themeColor="background1"/>
      </w:rPr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24" w:space="0"/>
          <w:right w:val="single" w:color="FFFFFF" w:themeColor="background1" w:sz="8" w:space="0"/>
          <w:insideH w:val="nil"/>
          <w:insideV w:val="single" w:color="FFFFFF" w:themeColor="background1" w:sz="8" w:space="0"/>
        </w:tcBorders>
        <w:shd w:val="clear" w:color="auto" w:fill="4F81BD" w:themeFill="accent1"/>
      </w:tcPr>
    </w:tblStylePr>
    <w:tblStylePr w:type="lastRow">
      <w:rPr>
        <w:b/>
        <w:bCs/>
        <w:i w:val="0"/>
        <w:color w:val="ffffff" w:themeColor="background1"/>
      </w:rPr>
      <w:tblPr/>
      <w:tcPr>
        <w:tcBorders>
          <w:top w:val="single" w:color="FFFFFF" w:themeColor="background1" w:sz="24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single" w:color="FFFFFF" w:themeColor="background1" w:sz="8" w:space="0"/>
        </w:tcBorders>
        <w:shd w:val="clear" w:color="auto" w:fill="4F81BD" w:themeFill="accent1"/>
      </w:tcPr>
    </w:tblStylePr>
    <w:tblStylePr w:type="firstCol">
      <w:rPr>
        <w:b/>
        <w:bCs/>
        <w:i w:val="0"/>
        <w:color w:val="ffffff" w:themeColor="background1"/>
      </w:rPr>
      <w:tblPr/>
      <w:tcPr>
        <w:tcBorders>
          <w:left w:val="single" w:color="FFFFFF" w:themeColor="background1" w:sz="8" w:space="0"/>
          <w:right w:val="single" w:color="FFFFFF" w:themeColor="background1" w:sz="24" w:space="0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color w:val="ffffff" w:themeColor="background1"/>
      </w:rPr>
      <w:tblPr/>
      <w:tcPr>
        <w:tcBorders>
          <w:top w:val="nil"/>
          <w:left w:val="single" w:color="FFFFFF" w:themeColor="background1" w:sz="24" w:space="0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single" w:color="FFFFFF" w:themeColor="background1" w:sz="8" w:space="0"/>
          <w:insideV w:val="single" w:color="FFFFFF" w:themeColor="background1" w:sz="8" w:space="0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color="FFFFFF" w:themeColor="background1" w:sz="8" w:space="0"/>
        <w:left w:val="single" w:color="FFFFFF" w:themeColor="background1" w:sz="8" w:space="0"/>
        <w:bottom w:val="single" w:color="FFFFFF" w:themeColor="background1" w:sz="8" w:space="0"/>
        <w:right w:val="single" w:color="FFFFFF" w:themeColor="background1" w:sz="8" w:space="0"/>
        <w:insideH w:val="single" w:color="FFFFFF" w:themeColor="background1" w:sz="6" w:space="0"/>
        <w:insideV w:val="single" w:color="FFFFFF" w:themeColor="background1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i w:val="0"/>
        <w:color w:val="ffffff" w:themeColor="background1"/>
      </w:rPr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24" w:space="0"/>
          <w:right w:val="single" w:color="FFFFFF" w:themeColor="background1" w:sz="8" w:space="0"/>
          <w:insideH w:val="nil"/>
          <w:insideV w:val="single" w:color="FFFFFF" w:themeColor="background1" w:sz="8" w:space="0"/>
        </w:tcBorders>
        <w:shd w:val="clear" w:color="auto" w:fill="C0504D" w:themeFill="accent2"/>
      </w:tcPr>
    </w:tblStylePr>
    <w:tblStylePr w:type="lastRow">
      <w:rPr>
        <w:b/>
        <w:bCs/>
        <w:i w:val="0"/>
        <w:color w:val="ffffff" w:themeColor="background1"/>
      </w:rPr>
      <w:tblPr/>
      <w:tcPr>
        <w:tcBorders>
          <w:top w:val="single" w:color="FFFFFF" w:themeColor="background1" w:sz="24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single" w:color="FFFFFF" w:themeColor="background1" w:sz="8" w:space="0"/>
        </w:tcBorders>
        <w:shd w:val="clear" w:color="auto" w:fill="C0504D" w:themeFill="accent2"/>
      </w:tcPr>
    </w:tblStylePr>
    <w:tblStylePr w:type="firstCol">
      <w:rPr>
        <w:b/>
        <w:bCs/>
        <w:i w:val="0"/>
        <w:color w:val="ffffff" w:themeColor="background1"/>
      </w:rPr>
      <w:tblPr/>
      <w:tcPr>
        <w:tcBorders>
          <w:left w:val="single" w:color="FFFFFF" w:themeColor="background1" w:sz="8" w:space="0"/>
          <w:right w:val="single" w:color="FFFFFF" w:themeColor="background1" w:sz="24" w:space="0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color w:val="ffffff" w:themeColor="background1"/>
      </w:rPr>
      <w:tblPr/>
      <w:tcPr>
        <w:tcBorders>
          <w:top w:val="nil"/>
          <w:left w:val="single" w:color="FFFFFF" w:themeColor="background1" w:sz="24" w:space="0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single" w:color="FFFFFF" w:themeColor="background1" w:sz="8" w:space="0"/>
          <w:insideV w:val="single" w:color="FFFFFF" w:themeColor="background1" w:sz="8" w:space="0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color="FFFFFF" w:themeColor="background1" w:sz="8" w:space="0"/>
        <w:left w:val="single" w:color="FFFFFF" w:themeColor="background1" w:sz="8" w:space="0"/>
        <w:bottom w:val="single" w:color="FFFFFF" w:themeColor="background1" w:sz="8" w:space="0"/>
        <w:right w:val="single" w:color="FFFFFF" w:themeColor="background1" w:sz="8" w:space="0"/>
        <w:insideH w:val="single" w:color="FFFFFF" w:themeColor="background1" w:sz="6" w:space="0"/>
        <w:insideV w:val="single" w:color="FFFFFF" w:themeColor="background1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i w:val="0"/>
        <w:color w:val="ffffff" w:themeColor="background1"/>
      </w:rPr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24" w:space="0"/>
          <w:right w:val="single" w:color="FFFFFF" w:themeColor="background1" w:sz="8" w:space="0"/>
          <w:insideH w:val="nil"/>
          <w:insideV w:val="single" w:color="FFFFFF" w:themeColor="background1" w:sz="8" w:space="0"/>
        </w:tcBorders>
        <w:shd w:val="clear" w:color="auto" w:fill="9BBB59" w:themeFill="accent3"/>
      </w:tcPr>
    </w:tblStylePr>
    <w:tblStylePr w:type="lastRow">
      <w:rPr>
        <w:b/>
        <w:bCs/>
        <w:i w:val="0"/>
        <w:color w:val="ffffff" w:themeColor="background1"/>
      </w:rPr>
      <w:tblPr/>
      <w:tcPr>
        <w:tcBorders>
          <w:top w:val="single" w:color="FFFFFF" w:themeColor="background1" w:sz="24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single" w:color="FFFFFF" w:themeColor="background1" w:sz="8" w:space="0"/>
        </w:tcBorders>
        <w:shd w:val="clear" w:color="auto" w:fill="9BBB59" w:themeFill="accent3"/>
      </w:tcPr>
    </w:tblStylePr>
    <w:tblStylePr w:type="firstCol">
      <w:rPr>
        <w:b/>
        <w:bCs/>
        <w:i w:val="0"/>
        <w:color w:val="ffffff" w:themeColor="background1"/>
      </w:rPr>
      <w:tblPr/>
      <w:tcPr>
        <w:tcBorders>
          <w:left w:val="single" w:color="FFFFFF" w:themeColor="background1" w:sz="8" w:space="0"/>
          <w:right w:val="single" w:color="FFFFFF" w:themeColor="background1" w:sz="24" w:space="0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color w:val="ffffff" w:themeColor="background1"/>
      </w:rPr>
      <w:tblPr/>
      <w:tcPr>
        <w:tcBorders>
          <w:top w:val="nil"/>
          <w:left w:val="single" w:color="FFFFFF" w:themeColor="background1" w:sz="24" w:space="0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single" w:color="FFFFFF" w:themeColor="background1" w:sz="8" w:space="0"/>
          <w:insideV w:val="single" w:color="FFFFFF" w:themeColor="background1" w:sz="8" w:space="0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color="FFFFFF" w:themeColor="background1" w:sz="8" w:space="0"/>
        <w:left w:val="single" w:color="FFFFFF" w:themeColor="background1" w:sz="8" w:space="0"/>
        <w:bottom w:val="single" w:color="FFFFFF" w:themeColor="background1" w:sz="8" w:space="0"/>
        <w:right w:val="single" w:color="FFFFFF" w:themeColor="background1" w:sz="8" w:space="0"/>
        <w:insideH w:val="single" w:color="FFFFFF" w:themeColor="background1" w:sz="6" w:space="0"/>
        <w:insideV w:val="single" w:color="FFFFFF" w:themeColor="background1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i w:val="0"/>
        <w:color w:val="ffffff" w:themeColor="background1"/>
      </w:rPr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24" w:space="0"/>
          <w:right w:val="single" w:color="FFFFFF" w:themeColor="background1" w:sz="8" w:space="0"/>
          <w:insideH w:val="nil"/>
          <w:insideV w:val="single" w:color="FFFFFF" w:themeColor="background1" w:sz="8" w:space="0"/>
        </w:tcBorders>
        <w:shd w:val="clear" w:color="auto" w:fill="8064A2" w:themeFill="accent4"/>
      </w:tcPr>
    </w:tblStylePr>
    <w:tblStylePr w:type="lastRow">
      <w:rPr>
        <w:b/>
        <w:bCs/>
        <w:i w:val="0"/>
        <w:color w:val="ffffff" w:themeColor="background1"/>
      </w:rPr>
      <w:tblPr/>
      <w:tcPr>
        <w:tcBorders>
          <w:top w:val="single" w:color="FFFFFF" w:themeColor="background1" w:sz="24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single" w:color="FFFFFF" w:themeColor="background1" w:sz="8" w:space="0"/>
        </w:tcBorders>
        <w:shd w:val="clear" w:color="auto" w:fill="8064A2" w:themeFill="accent4"/>
      </w:tcPr>
    </w:tblStylePr>
    <w:tblStylePr w:type="firstCol">
      <w:rPr>
        <w:b/>
        <w:bCs/>
        <w:i w:val="0"/>
        <w:color w:val="ffffff" w:themeColor="background1"/>
      </w:rPr>
      <w:tblPr/>
      <w:tcPr>
        <w:tcBorders>
          <w:left w:val="single" w:color="FFFFFF" w:themeColor="background1" w:sz="8" w:space="0"/>
          <w:right w:val="single" w:color="FFFFFF" w:themeColor="background1" w:sz="24" w:space="0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color w:val="ffffff" w:themeColor="background1"/>
      </w:rPr>
      <w:tblPr/>
      <w:tcPr>
        <w:tcBorders>
          <w:top w:val="nil"/>
          <w:left w:val="single" w:color="FFFFFF" w:themeColor="background1" w:sz="24" w:space="0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single" w:color="FFFFFF" w:themeColor="background1" w:sz="8" w:space="0"/>
          <w:insideV w:val="single" w:color="FFFFFF" w:themeColor="background1" w:sz="8" w:space="0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color="FFFFFF" w:themeColor="background1" w:sz="8" w:space="0"/>
        <w:left w:val="single" w:color="FFFFFF" w:themeColor="background1" w:sz="8" w:space="0"/>
        <w:bottom w:val="single" w:color="FFFFFF" w:themeColor="background1" w:sz="8" w:space="0"/>
        <w:right w:val="single" w:color="FFFFFF" w:themeColor="background1" w:sz="8" w:space="0"/>
        <w:insideH w:val="single" w:color="FFFFFF" w:themeColor="background1" w:sz="6" w:space="0"/>
        <w:insideV w:val="single" w:color="FFFFFF" w:themeColor="background1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i w:val="0"/>
        <w:color w:val="ffffff" w:themeColor="background1"/>
      </w:rPr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24" w:space="0"/>
          <w:right w:val="single" w:color="FFFFFF" w:themeColor="background1" w:sz="8" w:space="0"/>
          <w:insideH w:val="nil"/>
          <w:insideV w:val="single" w:color="FFFFFF" w:themeColor="background1" w:sz="8" w:space="0"/>
        </w:tcBorders>
        <w:shd w:val="clear" w:color="auto" w:fill="4BACC6" w:themeFill="accent5"/>
      </w:tcPr>
    </w:tblStylePr>
    <w:tblStylePr w:type="lastRow">
      <w:rPr>
        <w:b/>
        <w:bCs/>
        <w:i w:val="0"/>
        <w:color w:val="ffffff" w:themeColor="background1"/>
      </w:rPr>
      <w:tblPr/>
      <w:tcPr>
        <w:tcBorders>
          <w:top w:val="single" w:color="FFFFFF" w:themeColor="background1" w:sz="24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single" w:color="FFFFFF" w:themeColor="background1" w:sz="8" w:space="0"/>
        </w:tcBorders>
        <w:shd w:val="clear" w:color="auto" w:fill="4BACC6" w:themeFill="accent5"/>
      </w:tcPr>
    </w:tblStylePr>
    <w:tblStylePr w:type="firstCol">
      <w:rPr>
        <w:b/>
        <w:bCs/>
        <w:i w:val="0"/>
        <w:color w:val="ffffff" w:themeColor="background1"/>
      </w:rPr>
      <w:tblPr/>
      <w:tcPr>
        <w:tcBorders>
          <w:left w:val="single" w:color="FFFFFF" w:themeColor="background1" w:sz="8" w:space="0"/>
          <w:right w:val="single" w:color="FFFFFF" w:themeColor="background1" w:sz="24" w:space="0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color w:val="ffffff" w:themeColor="background1"/>
      </w:rPr>
      <w:tblPr/>
      <w:tcPr>
        <w:tcBorders>
          <w:top w:val="nil"/>
          <w:left w:val="single" w:color="FFFFFF" w:themeColor="background1" w:sz="24" w:space="0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single" w:color="FFFFFF" w:themeColor="background1" w:sz="8" w:space="0"/>
          <w:insideV w:val="single" w:color="FFFFFF" w:themeColor="background1" w:sz="8" w:space="0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color="FFFFFF" w:themeColor="background1" w:sz="8" w:space="0"/>
        <w:left w:val="single" w:color="FFFFFF" w:themeColor="background1" w:sz="8" w:space="0"/>
        <w:bottom w:val="single" w:color="FFFFFF" w:themeColor="background1" w:sz="8" w:space="0"/>
        <w:right w:val="single" w:color="FFFFFF" w:themeColor="background1" w:sz="8" w:space="0"/>
        <w:insideH w:val="single" w:color="FFFFFF" w:themeColor="background1" w:sz="6" w:space="0"/>
        <w:insideV w:val="single" w:color="FFFFFF" w:themeColor="background1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i w:val="0"/>
        <w:color w:val="ffffff" w:themeColor="background1"/>
      </w:rPr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24" w:space="0"/>
          <w:right w:val="single" w:color="FFFFFF" w:themeColor="background1" w:sz="8" w:space="0"/>
          <w:insideH w:val="nil"/>
          <w:insideV w:val="single" w:color="FFFFFF" w:themeColor="background1" w:sz="8" w:space="0"/>
        </w:tcBorders>
        <w:shd w:val="clear" w:color="auto" w:fill="F79646" w:themeFill="accent6"/>
      </w:tcPr>
    </w:tblStylePr>
    <w:tblStylePr w:type="lastRow">
      <w:rPr>
        <w:b/>
        <w:bCs/>
        <w:i w:val="0"/>
        <w:color w:val="ffffff" w:themeColor="background1"/>
      </w:rPr>
      <w:tblPr/>
      <w:tcPr>
        <w:tcBorders>
          <w:top w:val="single" w:color="FFFFFF" w:themeColor="background1" w:sz="24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single" w:color="FFFFFF" w:themeColor="background1" w:sz="8" w:space="0"/>
        </w:tcBorders>
        <w:shd w:val="clear" w:color="auto" w:fill="F79646" w:themeFill="accent6"/>
      </w:tcPr>
    </w:tblStylePr>
    <w:tblStylePr w:type="firstCol">
      <w:rPr>
        <w:b/>
        <w:bCs/>
        <w:i w:val="0"/>
        <w:color w:val="ffffff" w:themeColor="background1"/>
      </w:rPr>
      <w:tblPr/>
      <w:tcPr>
        <w:tcBorders>
          <w:left w:val="single" w:color="FFFFFF" w:themeColor="background1" w:sz="8" w:space="0"/>
          <w:right w:val="single" w:color="FFFFFF" w:themeColor="background1" w:sz="24" w:space="0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color w:val="ffffff" w:themeColor="background1"/>
      </w:rPr>
      <w:tblPr/>
      <w:tcPr>
        <w:tcBorders>
          <w:top w:val="nil"/>
          <w:left w:val="single" w:color="FFFFFF" w:themeColor="background1" w:sz="24" w:space="0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single" w:color="FFFFFF" w:themeColor="background1" w:sz="8" w:space="0"/>
          <w:insideV w:val="single" w:color="FFFFFF" w:themeColor="background1" w:sz="8" w:space="0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color="FFFFFF" w:themeColor="background1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color="FFFFFF" w:themeColor="background1" w:sz="18" w:space="0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themeColor="background1" w:sz="18" w:space="0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color="FFFFFF" w:themeColor="background1" w:sz="18" w:space="0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color="FFFFFF" w:themeColor="background1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color="FFFFFF" w:themeColor="background1" w:sz="18" w:space="0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themeColor="background1" w:sz="18" w:space="0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color="FFFFFF" w:themeColor="background1" w:sz="18" w:space="0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color="FFFFFF" w:themeColor="background1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color="FFFFFF" w:themeColor="background1" w:sz="18" w:space="0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themeColor="background1" w:sz="18" w:space="0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color="FFFFFF" w:themeColor="background1" w:sz="18" w:space="0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color="FFFFFF" w:themeColor="background1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color="FFFFFF" w:themeColor="background1" w:sz="18" w:space="0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themeColor="background1" w:sz="18" w:space="0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color="FFFFFF" w:themeColor="background1" w:sz="18" w:space="0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color="FFFFFF" w:themeColor="background1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color="FFFFFF" w:themeColor="background1" w:sz="18" w:space="0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themeColor="background1" w:sz="18" w:space="0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color="FFFFFF" w:themeColor="background1" w:sz="18" w:space="0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color="FFFFFF" w:themeColor="background1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color="FFFFFF" w:themeColor="background1" w:sz="18" w:space="0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themeColor="background1" w:sz="18" w:space="0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color="FFFFFF" w:themeColor="background1" w:sz="18" w:space="0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color="FFFFFF" w:themeColor="background1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color="FFFFFF" w:themeColor="background1" w:sz="18" w:space="0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themeColor="background1" w:sz="18" w:space="0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color="FFFFFF" w:themeColor="background1" w:sz="18" w:space="0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color="C0504D" w:themeColor="accent2" w:sz="2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FFFFFF" w:themeColor="background1" w:sz="4" w:space="0"/>
        <w:insideV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color="C0504D" w:themeColor="accent2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color="FFFFFF" w:themeColor="background1" w:sz="6" w:space="0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color="000000" w:themeColor="text1" w:sz="4" w:space="0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  <w:tblPr/>
    </w:tblStylePr>
    <w:tblStylePr w:type="nwCell">
      <w:rPr>
        <w:color w:val="000000" w:themeColor="text1"/>
      </w:rPr>
      <w:tblPr/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color="C0504D" w:themeColor="accent2" w:sz="24" w:space="0"/>
        <w:left w:val="single" w:color="4F81BD" w:themeColor="accent1" w:sz="4" w:space="0"/>
        <w:bottom w:val="single" w:color="4F81BD" w:themeColor="accent1" w:sz="4" w:space="0"/>
        <w:right w:val="single" w:color="4F81BD" w:themeColor="accent1" w:sz="4" w:space="0"/>
        <w:insideH w:val="single" w:color="FFFFFF" w:themeColor="background1" w:sz="4" w:space="0"/>
        <w:insideV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color="C0504D" w:themeColor="accent2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color="FFFFFF" w:themeColor="background1" w:sz="6" w:space="0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color="2C4C74" w:themeColor="accent1" w:sz="4" w:space="0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  <w:tblPr/>
    </w:tblStylePr>
    <w:tblStylePr w:type="nwCell">
      <w:rPr>
        <w:color w:val="000000" w:themeColor="text1"/>
      </w:rPr>
      <w:tblPr/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color="C0504D" w:themeColor="accent2" w:sz="24" w:space="0"/>
        <w:left w:val="single" w:color="C0504D" w:themeColor="accent2" w:sz="4" w:space="0"/>
        <w:bottom w:val="single" w:color="C0504D" w:themeColor="accent2" w:sz="4" w:space="0"/>
        <w:right w:val="single" w:color="C0504D" w:themeColor="accent2" w:sz="4" w:space="0"/>
        <w:insideH w:val="single" w:color="FFFFFF" w:themeColor="background1" w:sz="4" w:space="0"/>
        <w:insideV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color="C0504D" w:themeColor="accent2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color="FFFFFF" w:themeColor="background1" w:sz="6" w:space="0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color="772C2A" w:themeColor="accent2" w:sz="4" w:space="0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  <w:tblPr/>
    </w:tblStylePr>
    <w:tblStylePr w:type="nwCell">
      <w:rPr>
        <w:color w:val="000000" w:themeColor="text1"/>
      </w:rPr>
      <w:tblPr/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color="8064A2" w:themeColor="accent4" w:sz="24" w:space="0"/>
        <w:left w:val="single" w:color="9BBB59" w:themeColor="accent3" w:sz="4" w:space="0"/>
        <w:bottom w:val="single" w:color="9BBB59" w:themeColor="accent3" w:sz="4" w:space="0"/>
        <w:right w:val="single" w:color="9BBB59" w:themeColor="accent3" w:sz="4" w:space="0"/>
        <w:insideH w:val="single" w:color="FFFFFF" w:themeColor="background1" w:sz="4" w:space="0"/>
        <w:insideV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color="8064A2" w:themeColor="accent4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color="FFFFFF" w:themeColor="background1" w:sz="6" w:space="0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color="5E7530" w:themeColor="accent3" w:sz="4" w:space="0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color="9BBB59" w:themeColor="accent3" w:sz="24" w:space="0"/>
        <w:left w:val="single" w:color="8064A2" w:themeColor="accent4" w:sz="4" w:space="0"/>
        <w:bottom w:val="single" w:color="8064A2" w:themeColor="accent4" w:sz="4" w:space="0"/>
        <w:right w:val="single" w:color="8064A2" w:themeColor="accent4" w:sz="4" w:space="0"/>
        <w:insideH w:val="single" w:color="FFFFFF" w:themeColor="background1" w:sz="4" w:space="0"/>
        <w:insideV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color="9BBB59" w:themeColor="accent3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color="FFFFFF" w:themeColor="background1" w:sz="6" w:space="0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color="4C3B62" w:themeColor="accent4" w:sz="4" w:space="0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  <w:tblPr/>
    </w:tblStylePr>
    <w:tblStylePr w:type="nwCell">
      <w:rPr>
        <w:color w:val="000000" w:themeColor="text1"/>
      </w:rPr>
      <w:tblPr/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color="F79646" w:themeColor="accent6" w:sz="24" w:space="0"/>
        <w:left w:val="single" w:color="4BACC6" w:themeColor="accent5" w:sz="4" w:space="0"/>
        <w:bottom w:val="single" w:color="4BACC6" w:themeColor="accent5" w:sz="4" w:space="0"/>
        <w:right w:val="single" w:color="4BACC6" w:themeColor="accent5" w:sz="4" w:space="0"/>
        <w:insideH w:val="single" w:color="FFFFFF" w:themeColor="background1" w:sz="4" w:space="0"/>
        <w:insideV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color="F79646" w:themeColor="accent6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color="FFFFFF" w:themeColor="background1" w:sz="6" w:space="0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color="276A7C" w:themeColor="accent5" w:sz="4" w:space="0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  <w:tblPr/>
    </w:tblStylePr>
    <w:tblStylePr w:type="nwCell">
      <w:rPr>
        <w:color w:val="000000" w:themeColor="text1"/>
      </w:rPr>
      <w:tblPr/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color="4BACC6" w:themeColor="accent5" w:sz="24" w:space="0"/>
        <w:left w:val="single" w:color="F79646" w:themeColor="accent6" w:sz="4" w:space="0"/>
        <w:bottom w:val="single" w:color="F79646" w:themeColor="accent6" w:sz="4" w:space="0"/>
        <w:right w:val="single" w:color="F79646" w:themeColor="accent6" w:sz="4" w:space="0"/>
        <w:insideH w:val="single" w:color="FFFFFF" w:themeColor="background1" w:sz="4" w:space="0"/>
        <w:insideV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color="4BACC6" w:themeColor="accent5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color="FFFFFF" w:themeColor="background1" w:sz="6" w:space="0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color="B65608" w:themeColor="accent6" w:sz="4" w:space="0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  <w:tblPr/>
    </w:tblStylePr>
    <w:tblStylePr w:type="nwCell">
      <w:rPr>
        <w:color w:val="000000" w:themeColor="text1"/>
      </w:rPr>
      <w:tblPr/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color="FFFFFF" w:themeColor="background1" w:sz="12" w:space="0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color="000000" w:themeColor="text1" w:sz="12" w:space="0"/>
        </w:tcBorders>
        <w:shd w:val="clear" w:color="auto" w:fill="FFFFFF" w:themeFill="background1"/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color="FFFFFF" w:themeColor="background1" w:sz="12" w:space="0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color="000000" w:themeColor="text1" w:sz="12" w:space="0"/>
        </w:tcBorders>
        <w:shd w:val="clear" w:color="auto" w:fill="FFFFFF" w:themeFill="background1"/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color="FFFFFF" w:themeColor="background1" w:sz="12" w:space="0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color="000000" w:themeColor="text1" w:sz="12" w:space="0"/>
        </w:tcBorders>
        <w:shd w:val="clear" w:color="auto" w:fill="FFFFFF" w:themeFill="background1"/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color="FFFFFF" w:themeColor="background1" w:sz="12" w:space="0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color="000000" w:themeColor="text1" w:sz="12" w:space="0"/>
        </w:tcBorders>
        <w:shd w:val="clear" w:color="auto" w:fill="FFFFFF" w:themeFill="background1"/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color="FFFFFF" w:themeColor="background1" w:sz="12" w:space="0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color="000000" w:themeColor="text1" w:sz="12" w:space="0"/>
        </w:tcBorders>
        <w:shd w:val="clear" w:color="auto" w:fill="FFFFFF" w:themeFill="background1"/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color="FFFFFF" w:themeColor="background1" w:sz="12" w:space="0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color="000000" w:themeColor="text1" w:sz="12" w:space="0"/>
        </w:tcBorders>
        <w:shd w:val="clear" w:color="auto" w:fill="FFFFFF" w:themeFill="background1"/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color="FFFFFF" w:themeColor="background1" w:sz="12" w:space="0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color="000000" w:themeColor="text1" w:sz="12" w:space="0"/>
        </w:tcBorders>
        <w:shd w:val="clear" w:color="auto" w:fill="FFFFFF" w:themeFill="background1"/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 pitchFamily="0" charset="1"/>
        <a:ea typeface=""/>
        <a:cs typeface=""/>
      </a:majorFont>
      <a:minorFont>
        <a:latin typeface="Cambria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tint val="100000"/>
                <a:shade val="100000"/>
              </a:schemeClr>
            </a:gs>
            <a:gs pos="100000">
              <a:schemeClr val="phClr">
                <a:tint val="50000"/>
                <a:shade val="100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Application>LibreOffice/25.8.6.2$Windows_X86_64 LibreOffice_project/b4b39682cd9868fa725bc664aff94278d315bd04</Application>
  <AppVersion>15.0000</AppVersion>
  <Pages>2</Pages>
  <Words>182</Words>
  <Characters>851</Characters>
  <CharactersWithSpaces>975</CharactersWithSpaces>
  <Paragraphs>64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2013-12-23T23:15:00Z</dcterms:created>
  <dc:creator>python-docx</dc:creator>
  <dc:description>generated by python-docx</dc:description>
  <dc:language>en-US</dc:language>
  <cp:lastModifiedBy/>
  <dcterms:modified xsi:type="dcterms:W3CDTF">2026-05-11T15:22:57Z</dcterms:modified>
  <cp:revision>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